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8F2" w:rsidRPr="00F94E30" w:rsidRDefault="00F93662">
      <w:pPr>
        <w:jc w:val="center"/>
        <w:rPr>
          <w:lang w:val="pt-BR"/>
        </w:rPr>
      </w:pPr>
      <w:r w:rsidRPr="00F94E30">
        <w:rPr>
          <w:b/>
          <w:sz w:val="22"/>
          <w:lang w:val="pt-BR"/>
        </w:rPr>
        <w:t>ANEXO I – FICHA DE INSCRIÇÃO E RECIBO</w:t>
      </w:r>
    </w:p>
    <w:p w:rsidR="00B148F2" w:rsidRPr="00F94E30" w:rsidRDefault="00F93662">
      <w:pPr>
        <w:spacing w:after="160"/>
        <w:jc w:val="center"/>
        <w:rPr>
          <w:lang w:val="pt-BR"/>
        </w:rPr>
      </w:pPr>
      <w:r w:rsidRPr="00F94E30">
        <w:rPr>
          <w:b/>
          <w:lang w:val="pt-BR"/>
        </w:rPr>
        <w:t>EDITAL Nº 11/2026 – FOMENTO À REALIZAÇÃO DE OFICINAS CULTURAIS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6520"/>
      </w:tblGrid>
      <w:tr w:rsidR="00B148F2" w:rsidRPr="00F94E30">
        <w:trPr>
          <w:jc w:val="center"/>
        </w:trPr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Forma de inscrição</w:t>
            </w:r>
          </w:p>
        </w:tc>
        <w:tc>
          <w:tcPr>
            <w:tcW w:w="6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F93662">
            <w:pPr>
              <w:rPr>
                <w:lang w:val="pt-BR"/>
              </w:rPr>
            </w:pPr>
            <w:proofErr w:type="gramStart"/>
            <w:r w:rsidRPr="00F94E30">
              <w:rPr>
                <w:sz w:val="18"/>
                <w:lang w:val="pt-BR"/>
              </w:rPr>
              <w:t xml:space="preserve">(   </w:t>
            </w:r>
            <w:proofErr w:type="gramEnd"/>
            <w:r w:rsidRPr="00F94E30">
              <w:rPr>
                <w:sz w:val="18"/>
                <w:lang w:val="pt-BR"/>
              </w:rPr>
              <w:t>) Pessoa Física     (   ) Microempreendedor Individual – MEI</w:t>
            </w:r>
          </w:p>
        </w:tc>
      </w:tr>
      <w:tr w:rsidR="00B148F2" w:rsidRPr="00F94E30">
        <w:trPr>
          <w:jc w:val="center"/>
        </w:trPr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Nome completo / Razão social</w:t>
            </w:r>
          </w:p>
        </w:tc>
        <w:tc>
          <w:tcPr>
            <w:tcW w:w="6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Nome social</w:t>
            </w:r>
            <w:proofErr w:type="gramStart"/>
            <w:r w:rsidRPr="00F94E30">
              <w:rPr>
                <w:b/>
                <w:sz w:val="18"/>
                <w:lang w:val="pt-BR"/>
              </w:rPr>
              <w:t>, se houver</w:t>
            </w:r>
            <w:proofErr w:type="gramEnd"/>
            <w:r w:rsidRPr="00F94E30">
              <w:rPr>
                <w:b/>
                <w:sz w:val="18"/>
                <w:lang w:val="pt-BR"/>
              </w:rPr>
              <w:t xml:space="preserve"> / Nome fantasia, se houver</w:t>
            </w:r>
          </w:p>
        </w:tc>
        <w:tc>
          <w:tcPr>
            <w:tcW w:w="6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CPF / CNPJ</w:t>
            </w:r>
          </w:p>
        </w:tc>
        <w:tc>
          <w:tcPr>
            <w:tcW w:w="6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Data de nascimento (PF)</w:t>
            </w:r>
          </w:p>
        </w:tc>
        <w:tc>
          <w:tcPr>
            <w:tcW w:w="6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Endereço residencial (PF) / sede (MEI)</w:t>
            </w:r>
          </w:p>
        </w:tc>
        <w:tc>
          <w:tcPr>
            <w:tcW w:w="6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Bairro / Distrito</w:t>
            </w:r>
          </w:p>
        </w:tc>
        <w:tc>
          <w:tcPr>
            <w:tcW w:w="6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CEP</w:t>
            </w:r>
          </w:p>
        </w:tc>
        <w:tc>
          <w:tcPr>
            <w:tcW w:w="6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E-mail</w:t>
            </w:r>
          </w:p>
        </w:tc>
        <w:tc>
          <w:tcPr>
            <w:tcW w:w="6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 xml:space="preserve">Telefone / </w:t>
            </w:r>
            <w:proofErr w:type="spellStart"/>
            <w:proofErr w:type="gramStart"/>
            <w:r w:rsidRPr="00F94E30">
              <w:rPr>
                <w:b/>
                <w:sz w:val="18"/>
                <w:lang w:val="pt-BR"/>
              </w:rPr>
              <w:t>WhatsApp</w:t>
            </w:r>
            <w:proofErr w:type="spellEnd"/>
            <w:proofErr w:type="gramEnd"/>
          </w:p>
        </w:tc>
        <w:tc>
          <w:tcPr>
            <w:tcW w:w="6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Redes sociais</w:t>
            </w:r>
            <w:proofErr w:type="gramStart"/>
            <w:r w:rsidRPr="00F94E30">
              <w:rPr>
                <w:b/>
                <w:sz w:val="18"/>
                <w:lang w:val="pt-BR"/>
              </w:rPr>
              <w:t>, se houver</w:t>
            </w:r>
            <w:proofErr w:type="gramEnd"/>
          </w:p>
        </w:tc>
        <w:tc>
          <w:tcPr>
            <w:tcW w:w="6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Título da oficina</w:t>
            </w:r>
          </w:p>
        </w:tc>
        <w:tc>
          <w:tcPr>
            <w:tcW w:w="6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Área / linguagem cultural</w:t>
            </w:r>
          </w:p>
        </w:tc>
        <w:tc>
          <w:tcPr>
            <w:tcW w:w="65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</w:tbl>
    <w:p w:rsidR="002528A3" w:rsidRPr="00F94E30" w:rsidRDefault="002528A3">
      <w:pPr>
        <w:spacing w:after="120"/>
        <w:rPr>
          <w:lang w:val="pt-BR"/>
        </w:rPr>
      </w:pPr>
    </w:p>
    <w:p w:rsidR="00B148F2" w:rsidRPr="00F94E30" w:rsidRDefault="00F93662" w:rsidP="002528A3">
      <w:pPr>
        <w:spacing w:after="120"/>
        <w:ind w:firstLine="720"/>
        <w:rPr>
          <w:lang w:val="pt-BR"/>
        </w:rPr>
      </w:pPr>
      <w:r w:rsidRPr="00F94E30">
        <w:rPr>
          <w:lang w:val="pt-BR"/>
        </w:rPr>
        <w:t>Declaro, sob as penas da lei, que as informações prestadas nesta Ficha de Inscrição são verdadeiras e que conheço e aceito as regras do Edital nº 11/2026.</w:t>
      </w:r>
    </w:p>
    <w:p w:rsidR="002528A3" w:rsidRPr="00F94E30" w:rsidRDefault="002528A3">
      <w:pPr>
        <w:jc w:val="left"/>
        <w:rPr>
          <w:lang w:val="pt-BR"/>
        </w:rPr>
      </w:pPr>
    </w:p>
    <w:p w:rsidR="00B148F2" w:rsidRPr="00F94E30" w:rsidRDefault="00F93662">
      <w:pPr>
        <w:jc w:val="left"/>
        <w:rPr>
          <w:lang w:val="pt-BR"/>
        </w:rPr>
      </w:pPr>
      <w:r w:rsidRPr="00F94E30">
        <w:rPr>
          <w:lang w:val="pt-BR"/>
        </w:rPr>
        <w:t>Santo Antônio de Pádua/RJ, _____/_____/</w:t>
      </w:r>
      <w:proofErr w:type="gramStart"/>
      <w:r w:rsidRPr="00F94E30">
        <w:rPr>
          <w:lang w:val="pt-BR"/>
        </w:rPr>
        <w:t>___________</w:t>
      </w:r>
      <w:proofErr w:type="gramEnd"/>
    </w:p>
    <w:p w:rsidR="002528A3" w:rsidRPr="00F94E30" w:rsidRDefault="002528A3">
      <w:pPr>
        <w:jc w:val="left"/>
        <w:rPr>
          <w:lang w:val="pt-BR"/>
        </w:rPr>
      </w:pPr>
    </w:p>
    <w:p w:rsidR="00B148F2" w:rsidRPr="00F94E30" w:rsidRDefault="00F93662">
      <w:pPr>
        <w:jc w:val="left"/>
        <w:rPr>
          <w:lang w:val="pt-BR"/>
        </w:rPr>
      </w:pPr>
      <w:r w:rsidRPr="00F94E30">
        <w:rPr>
          <w:lang w:val="pt-BR"/>
        </w:rPr>
        <w:t>Assinatura do proponente / titular do MEI: _______________________________________________</w:t>
      </w:r>
    </w:p>
    <w:p w:rsidR="002528A3" w:rsidRPr="00F94E30" w:rsidRDefault="002528A3">
      <w:pPr>
        <w:pStyle w:val="Ttulo2"/>
        <w:rPr>
          <w:rFonts w:ascii="Arial" w:hAnsi="Arial"/>
          <w:lang w:val="pt-BR"/>
        </w:rPr>
      </w:pPr>
    </w:p>
    <w:p w:rsidR="002528A3" w:rsidRPr="00F94E30" w:rsidRDefault="002528A3" w:rsidP="002528A3">
      <w:pPr>
        <w:rPr>
          <w:lang w:val="pt-BR"/>
        </w:rPr>
      </w:pPr>
    </w:p>
    <w:p w:rsidR="002528A3" w:rsidRPr="00F94E30" w:rsidRDefault="002528A3" w:rsidP="002528A3">
      <w:pPr>
        <w:rPr>
          <w:lang w:val="pt-BR"/>
        </w:rPr>
      </w:pPr>
    </w:p>
    <w:p w:rsidR="002528A3" w:rsidRPr="00F94E30" w:rsidRDefault="002528A3" w:rsidP="002528A3">
      <w:pPr>
        <w:rPr>
          <w:lang w:val="pt-BR"/>
        </w:rPr>
      </w:pPr>
    </w:p>
    <w:p w:rsidR="002528A3" w:rsidRPr="00F94E30" w:rsidRDefault="002528A3" w:rsidP="002528A3">
      <w:pPr>
        <w:rPr>
          <w:lang w:val="pt-BR"/>
        </w:rPr>
      </w:pPr>
    </w:p>
    <w:p w:rsidR="002528A3" w:rsidRPr="00F94E30" w:rsidRDefault="002528A3" w:rsidP="002528A3">
      <w:pPr>
        <w:rPr>
          <w:lang w:val="pt-BR"/>
        </w:rPr>
      </w:pPr>
    </w:p>
    <w:p w:rsidR="002528A3" w:rsidRPr="00F94E30" w:rsidRDefault="002528A3" w:rsidP="002528A3">
      <w:pPr>
        <w:rPr>
          <w:lang w:val="pt-BR"/>
        </w:rPr>
      </w:pPr>
    </w:p>
    <w:p w:rsidR="002528A3" w:rsidRPr="00F94E30" w:rsidRDefault="002528A3" w:rsidP="002528A3">
      <w:pPr>
        <w:rPr>
          <w:lang w:val="pt-BR"/>
        </w:rPr>
      </w:pPr>
    </w:p>
    <w:p w:rsidR="00B148F2" w:rsidRPr="00F94E30" w:rsidRDefault="00F93662">
      <w:pPr>
        <w:pStyle w:val="Ttulo2"/>
        <w:rPr>
          <w:lang w:val="pt-BR"/>
        </w:rPr>
      </w:pPr>
      <w:r w:rsidRPr="00F94E30">
        <w:rPr>
          <w:rFonts w:ascii="Arial" w:hAnsi="Arial"/>
          <w:lang w:val="pt-BR"/>
        </w:rPr>
        <w:lastRenderedPageBreak/>
        <w:t>RECIBO DE INSCRIÇÃO – DESTACAR E ENTREGAR AO PROPONENTE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111"/>
        <w:gridCol w:w="6089"/>
      </w:tblGrid>
      <w:tr w:rsidR="00B148F2" w:rsidRPr="00F94E30" w:rsidTr="002528A3">
        <w:trPr>
          <w:jc w:val="center"/>
        </w:trPr>
        <w:tc>
          <w:tcPr>
            <w:tcW w:w="4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Edital</w:t>
            </w:r>
          </w:p>
        </w:tc>
        <w:tc>
          <w:tcPr>
            <w:tcW w:w="608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 w:rsidTr="002528A3">
        <w:trPr>
          <w:jc w:val="center"/>
        </w:trPr>
        <w:tc>
          <w:tcPr>
            <w:tcW w:w="4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Proponente</w:t>
            </w:r>
          </w:p>
        </w:tc>
        <w:tc>
          <w:tcPr>
            <w:tcW w:w="608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 w:rsidTr="002528A3">
        <w:trPr>
          <w:jc w:val="center"/>
        </w:trPr>
        <w:tc>
          <w:tcPr>
            <w:tcW w:w="4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CPF/CNPJ</w:t>
            </w:r>
          </w:p>
        </w:tc>
        <w:tc>
          <w:tcPr>
            <w:tcW w:w="608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 w:rsidTr="002528A3">
        <w:trPr>
          <w:jc w:val="center"/>
        </w:trPr>
        <w:tc>
          <w:tcPr>
            <w:tcW w:w="4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Título da oficina</w:t>
            </w:r>
          </w:p>
        </w:tc>
        <w:tc>
          <w:tcPr>
            <w:tcW w:w="608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 w:rsidTr="002528A3">
        <w:trPr>
          <w:jc w:val="center"/>
        </w:trPr>
        <w:tc>
          <w:tcPr>
            <w:tcW w:w="4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Protocolo / Data / Hora</w:t>
            </w:r>
          </w:p>
        </w:tc>
        <w:tc>
          <w:tcPr>
            <w:tcW w:w="608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 w:rsidTr="002528A3">
        <w:trPr>
          <w:jc w:val="center"/>
        </w:trPr>
        <w:tc>
          <w:tcPr>
            <w:tcW w:w="41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Recebido por / Assinatura ou carimbo SEMUC</w:t>
            </w:r>
          </w:p>
        </w:tc>
        <w:tc>
          <w:tcPr>
            <w:tcW w:w="608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</w:tbl>
    <w:p w:rsidR="00B148F2" w:rsidRPr="00F94E30" w:rsidRDefault="00F93662">
      <w:pPr>
        <w:spacing w:after="0"/>
        <w:rPr>
          <w:lang w:val="pt-BR"/>
        </w:rPr>
      </w:pPr>
      <w:r w:rsidRPr="00F94E30">
        <w:rPr>
          <w:lang w:val="pt-BR"/>
        </w:rPr>
        <w:t>Este recibo comprova exclusivamente o protocolo da inscrição e o recebimento da documentação apresentada, não representando habilitação ou aprovação da proposta.</w:t>
      </w:r>
    </w:p>
    <w:p w:rsidR="00B148F2" w:rsidRPr="00F94E30" w:rsidRDefault="00F93662">
      <w:pPr>
        <w:rPr>
          <w:lang w:val="pt-BR"/>
        </w:rPr>
      </w:pPr>
      <w:r w:rsidRPr="00F94E30">
        <w:rPr>
          <w:lang w:val="pt-BR"/>
        </w:rPr>
        <w:br w:type="page"/>
      </w:r>
    </w:p>
    <w:p w:rsidR="00B148F2" w:rsidRPr="00632B8A" w:rsidRDefault="00F93662" w:rsidP="00632B8A">
      <w:pPr>
        <w:jc w:val="center"/>
        <w:rPr>
          <w:b/>
        </w:rPr>
      </w:pPr>
      <w:r w:rsidRPr="00632B8A">
        <w:rPr>
          <w:b/>
        </w:rPr>
        <w:lastRenderedPageBreak/>
        <w:t>ANEXO II – FORMULÁRIO DA PROPOSTA DE OFICINA</w:t>
      </w:r>
    </w:p>
    <w:p w:rsidR="00B148F2" w:rsidRPr="00632B8A" w:rsidRDefault="00F93662" w:rsidP="00632B8A">
      <w:pPr>
        <w:jc w:val="center"/>
        <w:rPr>
          <w:b/>
        </w:rPr>
      </w:pPr>
      <w:r w:rsidRPr="00632B8A">
        <w:rPr>
          <w:b/>
        </w:rPr>
        <w:t>EDITAL Nº 11/2026 – FOMENTO À REALIZAÇÃO DE OFICINAS CULTURAIS</w:t>
      </w:r>
    </w:p>
    <w:p w:rsidR="00632B8A" w:rsidRPr="00632B8A" w:rsidRDefault="00F93662" w:rsidP="00C069C9">
      <w:pPr>
        <w:ind w:firstLine="720"/>
      </w:pPr>
      <w:proofErr w:type="gramStart"/>
      <w:r w:rsidRPr="00632B8A">
        <w:t>MODELO FACULTATIVO QUANTO À FORMA.</w:t>
      </w:r>
      <w:proofErr w:type="gramEnd"/>
      <w:r w:rsidRPr="00632B8A">
        <w:t xml:space="preserve"> O </w:t>
      </w:r>
      <w:proofErr w:type="spellStart"/>
      <w:r w:rsidRPr="00632B8A">
        <w:t>proponente</w:t>
      </w:r>
      <w:proofErr w:type="spellEnd"/>
      <w:r w:rsidRPr="00632B8A">
        <w:t xml:space="preserve"> </w:t>
      </w:r>
      <w:proofErr w:type="spellStart"/>
      <w:r w:rsidRPr="00632B8A">
        <w:t>poderá</w:t>
      </w:r>
      <w:proofErr w:type="spellEnd"/>
      <w:r w:rsidRPr="00632B8A">
        <w:t xml:space="preserve"> </w:t>
      </w:r>
      <w:proofErr w:type="spellStart"/>
      <w:r w:rsidRPr="00632B8A">
        <w:t>utilizar</w:t>
      </w:r>
      <w:proofErr w:type="spellEnd"/>
      <w:r w:rsidRPr="00632B8A">
        <w:t xml:space="preserve"> </w:t>
      </w:r>
      <w:proofErr w:type="spellStart"/>
      <w:proofErr w:type="gramStart"/>
      <w:r w:rsidRPr="00632B8A">
        <w:t>este</w:t>
      </w:r>
      <w:proofErr w:type="spellEnd"/>
      <w:proofErr w:type="gramEnd"/>
      <w:r w:rsidRPr="00632B8A">
        <w:t xml:space="preserve"> </w:t>
      </w:r>
      <w:proofErr w:type="spellStart"/>
      <w:r w:rsidRPr="00632B8A">
        <w:t>formulário</w:t>
      </w:r>
      <w:proofErr w:type="spellEnd"/>
      <w:r w:rsidRPr="00632B8A">
        <w:t xml:space="preserve"> </w:t>
      </w:r>
      <w:proofErr w:type="spellStart"/>
      <w:r w:rsidRPr="00632B8A">
        <w:t>ou</w:t>
      </w:r>
      <w:proofErr w:type="spellEnd"/>
      <w:r w:rsidRPr="00632B8A">
        <w:t xml:space="preserve"> </w:t>
      </w:r>
      <w:proofErr w:type="spellStart"/>
      <w:r w:rsidRPr="00632B8A">
        <w:t>apresentar</w:t>
      </w:r>
      <w:proofErr w:type="spellEnd"/>
      <w:r w:rsidRPr="00632B8A">
        <w:t xml:space="preserve"> </w:t>
      </w:r>
      <w:proofErr w:type="spellStart"/>
      <w:r w:rsidRPr="00632B8A">
        <w:t>proposta</w:t>
      </w:r>
      <w:proofErr w:type="spellEnd"/>
      <w:r w:rsidRPr="00632B8A">
        <w:t xml:space="preserve"> </w:t>
      </w:r>
      <w:proofErr w:type="spellStart"/>
      <w:r w:rsidRPr="00632B8A">
        <w:t>em</w:t>
      </w:r>
      <w:proofErr w:type="spellEnd"/>
      <w:r w:rsidRPr="00632B8A">
        <w:t xml:space="preserve"> </w:t>
      </w:r>
      <w:proofErr w:type="spellStart"/>
      <w:r w:rsidRPr="00632B8A">
        <w:t>documento</w:t>
      </w:r>
      <w:proofErr w:type="spellEnd"/>
      <w:r w:rsidRPr="00632B8A">
        <w:t xml:space="preserve"> </w:t>
      </w:r>
      <w:proofErr w:type="spellStart"/>
      <w:r w:rsidRPr="00632B8A">
        <w:t>próprio</w:t>
      </w:r>
      <w:proofErr w:type="spellEnd"/>
      <w:r w:rsidRPr="00632B8A">
        <w:t xml:space="preserve">, </w:t>
      </w:r>
      <w:proofErr w:type="spellStart"/>
      <w:r w:rsidRPr="00632B8A">
        <w:t>desde</w:t>
      </w:r>
      <w:proofErr w:type="spellEnd"/>
      <w:r w:rsidRPr="00632B8A">
        <w:t xml:space="preserve"> que </w:t>
      </w:r>
      <w:proofErr w:type="spellStart"/>
      <w:r w:rsidRPr="00632B8A">
        <w:t>contenha</w:t>
      </w:r>
      <w:proofErr w:type="spellEnd"/>
      <w:r w:rsidRPr="00632B8A">
        <w:t xml:space="preserve"> as </w:t>
      </w:r>
      <w:proofErr w:type="spellStart"/>
      <w:r w:rsidRPr="00632B8A">
        <w:t>informações</w:t>
      </w:r>
      <w:proofErr w:type="spellEnd"/>
      <w:r w:rsidRPr="00632B8A">
        <w:t xml:space="preserve"> </w:t>
      </w:r>
      <w:proofErr w:type="spellStart"/>
      <w:r w:rsidRPr="00632B8A">
        <w:t>mínimas</w:t>
      </w:r>
      <w:proofErr w:type="spellEnd"/>
      <w:r w:rsidRPr="00632B8A">
        <w:t xml:space="preserve"> </w:t>
      </w:r>
      <w:proofErr w:type="spellStart"/>
      <w:r w:rsidRPr="00632B8A">
        <w:t>abaixo</w:t>
      </w:r>
      <w:proofErr w:type="spellEnd"/>
      <w:r w:rsidRPr="00632B8A">
        <w:t xml:space="preserve">. A </w:t>
      </w:r>
      <w:proofErr w:type="spellStart"/>
      <w:r w:rsidRPr="00632B8A">
        <w:t>utilização</w:t>
      </w:r>
      <w:proofErr w:type="spellEnd"/>
      <w:r w:rsidRPr="00632B8A">
        <w:t xml:space="preserve"> </w:t>
      </w:r>
      <w:proofErr w:type="spellStart"/>
      <w:r w:rsidRPr="00632B8A">
        <w:t>ou</w:t>
      </w:r>
      <w:proofErr w:type="spellEnd"/>
      <w:r w:rsidRPr="00632B8A">
        <w:t xml:space="preserve"> </w:t>
      </w:r>
      <w:proofErr w:type="spellStart"/>
      <w:r w:rsidRPr="00632B8A">
        <w:t>não</w:t>
      </w:r>
      <w:proofErr w:type="spellEnd"/>
      <w:r w:rsidRPr="00632B8A">
        <w:t xml:space="preserve"> </w:t>
      </w:r>
      <w:proofErr w:type="spellStart"/>
      <w:r w:rsidRPr="00632B8A">
        <w:t>deste</w:t>
      </w:r>
      <w:proofErr w:type="spellEnd"/>
      <w:r w:rsidRPr="00632B8A">
        <w:t xml:space="preserve"> </w:t>
      </w:r>
      <w:proofErr w:type="spellStart"/>
      <w:r w:rsidRPr="00632B8A">
        <w:t>modelo</w:t>
      </w:r>
      <w:proofErr w:type="spellEnd"/>
      <w:r w:rsidRPr="00632B8A">
        <w:t xml:space="preserve"> </w:t>
      </w:r>
      <w:proofErr w:type="spellStart"/>
      <w:r w:rsidRPr="00632B8A">
        <w:t>não</w:t>
      </w:r>
      <w:proofErr w:type="spellEnd"/>
      <w:r w:rsidRPr="00632B8A">
        <w:t xml:space="preserve"> </w:t>
      </w:r>
      <w:proofErr w:type="spellStart"/>
      <w:proofErr w:type="gramStart"/>
      <w:r w:rsidRPr="00632B8A">
        <w:t>gera</w:t>
      </w:r>
      <w:proofErr w:type="spellEnd"/>
      <w:proofErr w:type="gramEnd"/>
      <w:r w:rsidRPr="00632B8A">
        <w:t xml:space="preserve"> </w:t>
      </w:r>
      <w:proofErr w:type="spellStart"/>
      <w:r w:rsidRPr="00632B8A">
        <w:t>vantagem</w:t>
      </w:r>
      <w:proofErr w:type="spellEnd"/>
      <w:r w:rsidRPr="00632B8A">
        <w:t xml:space="preserve"> </w:t>
      </w:r>
      <w:proofErr w:type="spellStart"/>
      <w:r w:rsidRPr="00632B8A">
        <w:t>ou</w:t>
      </w:r>
      <w:proofErr w:type="spellEnd"/>
      <w:r w:rsidRPr="00632B8A">
        <w:t xml:space="preserve"> </w:t>
      </w:r>
      <w:proofErr w:type="spellStart"/>
      <w:r w:rsidRPr="00632B8A">
        <w:t>prejuízo</w:t>
      </w:r>
      <w:proofErr w:type="spellEnd"/>
      <w:r w:rsidRPr="00632B8A">
        <w:t xml:space="preserve"> </w:t>
      </w:r>
      <w:proofErr w:type="spellStart"/>
      <w:r w:rsidRPr="00632B8A">
        <w:t>na</w:t>
      </w:r>
      <w:proofErr w:type="spellEnd"/>
      <w:r w:rsidRPr="00632B8A">
        <w:t xml:space="preserve"> </w:t>
      </w:r>
      <w:proofErr w:type="spellStart"/>
      <w:r w:rsidRPr="00632B8A">
        <w:t>pontuação</w:t>
      </w:r>
      <w:proofErr w:type="spellEnd"/>
      <w:r w:rsidRPr="00632B8A">
        <w:t>.</w:t>
      </w:r>
    </w:p>
    <w:p w:rsidR="00B148F2" w:rsidRPr="00632B8A" w:rsidRDefault="00F93662" w:rsidP="00C069C9">
      <w:pPr>
        <w:spacing w:line="360" w:lineRule="auto"/>
      </w:pPr>
      <w:r w:rsidRPr="00632B8A">
        <w:t xml:space="preserve">1. </w:t>
      </w:r>
      <w:proofErr w:type="spellStart"/>
      <w:r w:rsidRPr="00632B8A">
        <w:t>Título</w:t>
      </w:r>
      <w:proofErr w:type="spellEnd"/>
      <w:r w:rsidRPr="00632B8A">
        <w:t xml:space="preserve"> da </w:t>
      </w:r>
      <w:proofErr w:type="spellStart"/>
      <w:r w:rsidRPr="00632B8A">
        <w:t>oficina</w:t>
      </w:r>
      <w:proofErr w:type="spellEnd"/>
      <w:r w:rsidRPr="00632B8A">
        <w:t>:</w:t>
      </w:r>
    </w:p>
    <w:p w:rsidR="002528A3" w:rsidRPr="00632B8A" w:rsidRDefault="002528A3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B148F2" w:rsidRPr="00632B8A" w:rsidRDefault="00F93662" w:rsidP="00C069C9">
      <w:pPr>
        <w:spacing w:line="360" w:lineRule="auto"/>
      </w:pPr>
      <w:r w:rsidRPr="00632B8A">
        <w:t xml:space="preserve">2. </w:t>
      </w:r>
      <w:proofErr w:type="spellStart"/>
      <w:r w:rsidRPr="00632B8A">
        <w:t>Área</w:t>
      </w:r>
      <w:proofErr w:type="spellEnd"/>
      <w:r w:rsidRPr="00632B8A">
        <w:t xml:space="preserve"> / </w:t>
      </w:r>
      <w:proofErr w:type="spellStart"/>
      <w:r w:rsidRPr="00632B8A">
        <w:t>linguagem</w:t>
      </w:r>
      <w:proofErr w:type="spellEnd"/>
      <w:r w:rsidRPr="00632B8A">
        <w:t xml:space="preserve"> cultural:</w:t>
      </w:r>
    </w:p>
    <w:p w:rsidR="002528A3" w:rsidRPr="00632B8A" w:rsidRDefault="002528A3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2528A3" w:rsidRPr="00632B8A" w:rsidRDefault="002528A3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B148F2" w:rsidRPr="00632B8A" w:rsidRDefault="00F93662" w:rsidP="00C069C9">
      <w:pPr>
        <w:spacing w:line="360" w:lineRule="auto"/>
      </w:pPr>
      <w:r w:rsidRPr="00632B8A">
        <w:t xml:space="preserve">3. </w:t>
      </w:r>
      <w:proofErr w:type="spellStart"/>
      <w:r w:rsidRPr="00632B8A">
        <w:t>Apresentação</w:t>
      </w:r>
      <w:proofErr w:type="spellEnd"/>
      <w:r w:rsidRPr="00632B8A">
        <w:t xml:space="preserve"> da </w:t>
      </w:r>
      <w:proofErr w:type="spellStart"/>
      <w:r w:rsidRPr="00632B8A">
        <w:t>proposta</w:t>
      </w:r>
      <w:proofErr w:type="spellEnd"/>
      <w:r w:rsidRPr="00632B8A">
        <w:t>:</w:t>
      </w:r>
    </w:p>
    <w:p w:rsidR="002528A3" w:rsidRPr="00632B8A" w:rsidRDefault="002528A3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2528A3" w:rsidRPr="00632B8A" w:rsidRDefault="002528A3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2528A3" w:rsidRPr="00632B8A" w:rsidRDefault="002528A3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2528A3" w:rsidRPr="00632B8A" w:rsidRDefault="002528A3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2528A3" w:rsidRPr="00632B8A" w:rsidRDefault="002528A3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2528A3" w:rsidRPr="00632B8A" w:rsidRDefault="002528A3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B148F2" w:rsidRPr="00632B8A" w:rsidRDefault="00F93662" w:rsidP="00C069C9">
      <w:pPr>
        <w:spacing w:line="360" w:lineRule="auto"/>
      </w:pPr>
      <w:r w:rsidRPr="00632B8A">
        <w:t xml:space="preserve">4. </w:t>
      </w:r>
      <w:proofErr w:type="spellStart"/>
      <w:r w:rsidRPr="00632B8A">
        <w:t>Justificativa</w:t>
      </w:r>
      <w:proofErr w:type="spellEnd"/>
      <w:r w:rsidRPr="00632B8A">
        <w:t>:</w:t>
      </w:r>
    </w:p>
    <w:p w:rsidR="002528A3" w:rsidRPr="00632B8A" w:rsidRDefault="002528A3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2528A3" w:rsidRPr="00632B8A" w:rsidRDefault="002528A3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2528A3" w:rsidRPr="00632B8A" w:rsidRDefault="002528A3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2528A3" w:rsidRPr="00632B8A" w:rsidRDefault="002528A3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2528A3" w:rsidRPr="00632B8A" w:rsidRDefault="002528A3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2528A3" w:rsidRPr="00632B8A" w:rsidRDefault="002528A3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B148F2" w:rsidRPr="00632B8A" w:rsidRDefault="00F93662" w:rsidP="00C069C9">
      <w:pPr>
        <w:spacing w:line="360" w:lineRule="auto"/>
      </w:pPr>
      <w:r w:rsidRPr="00632B8A">
        <w:t xml:space="preserve">5. </w:t>
      </w:r>
      <w:proofErr w:type="spellStart"/>
      <w:r w:rsidRPr="00632B8A">
        <w:t>Objetivo</w:t>
      </w:r>
      <w:proofErr w:type="spellEnd"/>
      <w:r w:rsidRPr="00632B8A">
        <w:t xml:space="preserve"> </w:t>
      </w:r>
      <w:proofErr w:type="spellStart"/>
      <w:r w:rsidRPr="00632B8A">
        <w:t>geral</w:t>
      </w:r>
      <w:proofErr w:type="spellEnd"/>
      <w:r w:rsidRPr="00632B8A">
        <w:t xml:space="preserve"> e </w:t>
      </w:r>
      <w:proofErr w:type="spellStart"/>
      <w:r w:rsidRPr="00632B8A">
        <w:t>objetivos</w:t>
      </w:r>
      <w:proofErr w:type="spellEnd"/>
      <w:r w:rsidRPr="00632B8A">
        <w:t xml:space="preserve"> </w:t>
      </w:r>
      <w:proofErr w:type="spellStart"/>
      <w:r w:rsidRPr="00632B8A">
        <w:t>específicos</w:t>
      </w:r>
      <w:proofErr w:type="spellEnd"/>
      <w:r w:rsidRPr="00632B8A">
        <w:t>:</w:t>
      </w:r>
    </w:p>
    <w:p w:rsidR="002528A3" w:rsidRPr="00632B8A" w:rsidRDefault="002528A3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2528A3" w:rsidRPr="00632B8A" w:rsidRDefault="002528A3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2528A3" w:rsidRPr="00632B8A" w:rsidRDefault="002528A3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C069C9" w:rsidRDefault="00C069C9" w:rsidP="00C069C9">
      <w:pPr>
        <w:spacing w:line="360" w:lineRule="auto"/>
      </w:pPr>
    </w:p>
    <w:p w:rsidR="00B148F2" w:rsidRPr="00632B8A" w:rsidRDefault="00F93662" w:rsidP="00C069C9">
      <w:pPr>
        <w:spacing w:line="360" w:lineRule="auto"/>
      </w:pPr>
      <w:r w:rsidRPr="00632B8A">
        <w:lastRenderedPageBreak/>
        <w:t xml:space="preserve">6. </w:t>
      </w:r>
      <w:proofErr w:type="spellStart"/>
      <w:r w:rsidRPr="00632B8A">
        <w:t>Público-alvo</w:t>
      </w:r>
      <w:proofErr w:type="spellEnd"/>
      <w:r w:rsidRPr="00632B8A">
        <w:t>: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B148F2" w:rsidRPr="00632B8A" w:rsidRDefault="00F93662" w:rsidP="00C069C9">
      <w:pPr>
        <w:spacing w:line="360" w:lineRule="auto"/>
      </w:pPr>
      <w:r w:rsidRPr="00632B8A">
        <w:t xml:space="preserve">7. </w:t>
      </w:r>
      <w:proofErr w:type="spellStart"/>
      <w:r w:rsidRPr="00632B8A">
        <w:t>Metodologia</w:t>
      </w:r>
      <w:proofErr w:type="spellEnd"/>
      <w:r w:rsidRPr="00632B8A">
        <w:t xml:space="preserve"> de </w:t>
      </w:r>
      <w:proofErr w:type="spellStart"/>
      <w:r w:rsidRPr="00632B8A">
        <w:t>trabalho</w:t>
      </w:r>
      <w:proofErr w:type="spellEnd"/>
      <w:r w:rsidRPr="00632B8A">
        <w:t>: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B148F2" w:rsidRPr="00632B8A" w:rsidRDefault="00F93662" w:rsidP="00C069C9">
      <w:pPr>
        <w:spacing w:line="360" w:lineRule="auto"/>
      </w:pPr>
      <w:r w:rsidRPr="00632B8A">
        <w:t xml:space="preserve">8. </w:t>
      </w:r>
      <w:proofErr w:type="spellStart"/>
      <w:r w:rsidRPr="00632B8A">
        <w:t>Conteúdos</w:t>
      </w:r>
      <w:proofErr w:type="spellEnd"/>
      <w:r w:rsidRPr="00632B8A">
        <w:t xml:space="preserve">, </w:t>
      </w:r>
      <w:proofErr w:type="spellStart"/>
      <w:r w:rsidRPr="00632B8A">
        <w:t>técnicas</w:t>
      </w:r>
      <w:proofErr w:type="spellEnd"/>
      <w:r w:rsidRPr="00632B8A">
        <w:t xml:space="preserve">, </w:t>
      </w:r>
      <w:proofErr w:type="spellStart"/>
      <w:r w:rsidRPr="00632B8A">
        <w:t>saberes</w:t>
      </w:r>
      <w:proofErr w:type="spellEnd"/>
      <w:r w:rsidRPr="00632B8A">
        <w:t xml:space="preserve"> </w:t>
      </w:r>
      <w:proofErr w:type="spellStart"/>
      <w:r w:rsidRPr="00632B8A">
        <w:t>ou</w:t>
      </w:r>
      <w:proofErr w:type="spellEnd"/>
      <w:r w:rsidRPr="00632B8A">
        <w:t xml:space="preserve"> </w:t>
      </w:r>
      <w:proofErr w:type="spellStart"/>
      <w:r w:rsidRPr="00632B8A">
        <w:t>atividades</w:t>
      </w:r>
      <w:proofErr w:type="spellEnd"/>
      <w:r w:rsidRPr="00632B8A">
        <w:t xml:space="preserve"> que </w:t>
      </w:r>
      <w:proofErr w:type="spellStart"/>
      <w:r w:rsidRPr="00632B8A">
        <w:t>serão</w:t>
      </w:r>
      <w:proofErr w:type="spellEnd"/>
      <w:r w:rsidRPr="00632B8A">
        <w:t xml:space="preserve"> </w:t>
      </w:r>
      <w:proofErr w:type="spellStart"/>
      <w:r w:rsidRPr="00632B8A">
        <w:t>desenvolvidos</w:t>
      </w:r>
      <w:proofErr w:type="spellEnd"/>
      <w:r w:rsidRPr="00632B8A">
        <w:t>: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B148F2" w:rsidRPr="00632B8A" w:rsidRDefault="00F93662" w:rsidP="00C069C9">
      <w:pPr>
        <w:spacing w:line="360" w:lineRule="auto"/>
      </w:pPr>
      <w:r w:rsidRPr="00632B8A">
        <w:t xml:space="preserve">9. </w:t>
      </w:r>
      <w:proofErr w:type="spellStart"/>
      <w:r w:rsidRPr="00632B8A">
        <w:t>Organização</w:t>
      </w:r>
      <w:proofErr w:type="spellEnd"/>
      <w:r w:rsidRPr="00632B8A">
        <w:t xml:space="preserve"> </w:t>
      </w:r>
      <w:proofErr w:type="spellStart"/>
      <w:r w:rsidRPr="00632B8A">
        <w:t>proposta</w:t>
      </w:r>
      <w:proofErr w:type="spellEnd"/>
      <w:r w:rsidRPr="00632B8A">
        <w:t xml:space="preserve"> para as 06 (</w:t>
      </w:r>
      <w:proofErr w:type="spellStart"/>
      <w:r w:rsidRPr="00632B8A">
        <w:t>seis</w:t>
      </w:r>
      <w:proofErr w:type="spellEnd"/>
      <w:r w:rsidRPr="00632B8A">
        <w:t xml:space="preserve">) horas </w:t>
      </w:r>
      <w:proofErr w:type="spellStart"/>
      <w:r w:rsidRPr="00632B8A">
        <w:t>semanais</w:t>
      </w:r>
      <w:proofErr w:type="spellEnd"/>
      <w:r w:rsidRPr="00632B8A">
        <w:t xml:space="preserve">, </w:t>
      </w:r>
      <w:proofErr w:type="spellStart"/>
      <w:proofErr w:type="gramStart"/>
      <w:r w:rsidRPr="00632B8A">
        <w:t>sem</w:t>
      </w:r>
      <w:proofErr w:type="spellEnd"/>
      <w:proofErr w:type="gramEnd"/>
      <w:r w:rsidRPr="00632B8A">
        <w:t xml:space="preserve"> </w:t>
      </w:r>
      <w:proofErr w:type="spellStart"/>
      <w:r w:rsidRPr="00632B8A">
        <w:t>necessidade</w:t>
      </w:r>
      <w:proofErr w:type="spellEnd"/>
      <w:r w:rsidRPr="00632B8A">
        <w:t xml:space="preserve"> de </w:t>
      </w:r>
      <w:proofErr w:type="spellStart"/>
      <w:r w:rsidRPr="00632B8A">
        <w:t>indicar</w:t>
      </w:r>
      <w:proofErr w:type="spellEnd"/>
      <w:r w:rsidRPr="00632B8A">
        <w:t xml:space="preserve"> </w:t>
      </w:r>
      <w:proofErr w:type="spellStart"/>
      <w:r w:rsidRPr="00632B8A">
        <w:t>datas</w:t>
      </w:r>
      <w:proofErr w:type="spellEnd"/>
      <w:r w:rsidRPr="00632B8A">
        <w:t xml:space="preserve"> e </w:t>
      </w:r>
      <w:proofErr w:type="spellStart"/>
      <w:r w:rsidRPr="00632B8A">
        <w:t>horários</w:t>
      </w:r>
      <w:proofErr w:type="spellEnd"/>
      <w:r w:rsidRPr="00632B8A">
        <w:t xml:space="preserve"> </w:t>
      </w:r>
      <w:proofErr w:type="spellStart"/>
      <w:r w:rsidRPr="00632B8A">
        <w:t>definitivos</w:t>
      </w:r>
      <w:proofErr w:type="spellEnd"/>
      <w:r w:rsidRPr="00632B8A">
        <w:t>: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B148F2" w:rsidRPr="00632B8A" w:rsidRDefault="00F93662" w:rsidP="00C069C9">
      <w:pPr>
        <w:spacing w:line="360" w:lineRule="auto"/>
      </w:pPr>
      <w:r w:rsidRPr="00632B8A">
        <w:t xml:space="preserve">10. </w:t>
      </w:r>
      <w:proofErr w:type="spellStart"/>
      <w:r w:rsidRPr="00632B8A">
        <w:t>Materiais</w:t>
      </w:r>
      <w:proofErr w:type="spellEnd"/>
      <w:r w:rsidRPr="00632B8A">
        <w:t xml:space="preserve">, </w:t>
      </w:r>
      <w:proofErr w:type="spellStart"/>
      <w:r w:rsidRPr="00632B8A">
        <w:t>instrumentos</w:t>
      </w:r>
      <w:proofErr w:type="spellEnd"/>
      <w:r w:rsidRPr="00632B8A">
        <w:t xml:space="preserve"> e </w:t>
      </w:r>
      <w:proofErr w:type="spellStart"/>
      <w:r w:rsidRPr="00632B8A">
        <w:t>recursos</w:t>
      </w:r>
      <w:proofErr w:type="spellEnd"/>
      <w:r w:rsidRPr="00632B8A">
        <w:t xml:space="preserve"> </w:t>
      </w:r>
      <w:proofErr w:type="spellStart"/>
      <w:r w:rsidRPr="00632B8A">
        <w:t>necessários</w:t>
      </w:r>
      <w:proofErr w:type="spellEnd"/>
      <w:r w:rsidRPr="00632B8A">
        <w:t xml:space="preserve"> à </w:t>
      </w:r>
      <w:proofErr w:type="spellStart"/>
      <w:r w:rsidRPr="00632B8A">
        <w:t>execução</w:t>
      </w:r>
      <w:proofErr w:type="spellEnd"/>
      <w:r w:rsidRPr="00632B8A">
        <w:t>: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C069C9" w:rsidRPr="00632B8A" w:rsidRDefault="00C069C9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C069C9" w:rsidRPr="00632B8A" w:rsidRDefault="00C069C9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B148F2" w:rsidRPr="00632B8A" w:rsidRDefault="00F93662" w:rsidP="00C069C9">
      <w:pPr>
        <w:spacing w:line="360" w:lineRule="auto"/>
      </w:pPr>
      <w:r w:rsidRPr="00632B8A">
        <w:lastRenderedPageBreak/>
        <w:t xml:space="preserve">11. </w:t>
      </w:r>
      <w:proofErr w:type="spellStart"/>
      <w:r w:rsidRPr="00632B8A">
        <w:t>Relação</w:t>
      </w:r>
      <w:proofErr w:type="spellEnd"/>
      <w:r w:rsidRPr="00632B8A">
        <w:t xml:space="preserve"> entre </w:t>
      </w:r>
      <w:proofErr w:type="gramStart"/>
      <w:r w:rsidRPr="00632B8A">
        <w:t>a</w:t>
      </w:r>
      <w:proofErr w:type="gramEnd"/>
      <w:r w:rsidRPr="00632B8A">
        <w:t xml:space="preserve"> </w:t>
      </w:r>
      <w:proofErr w:type="spellStart"/>
      <w:r w:rsidRPr="00632B8A">
        <w:t>experiência</w:t>
      </w:r>
      <w:proofErr w:type="spellEnd"/>
      <w:r w:rsidRPr="00632B8A">
        <w:t xml:space="preserve"> do </w:t>
      </w:r>
      <w:proofErr w:type="spellStart"/>
      <w:r w:rsidRPr="00632B8A">
        <w:t>proponente</w:t>
      </w:r>
      <w:proofErr w:type="spellEnd"/>
      <w:r w:rsidRPr="00632B8A">
        <w:t xml:space="preserve"> e a </w:t>
      </w:r>
      <w:proofErr w:type="spellStart"/>
      <w:r w:rsidRPr="00632B8A">
        <w:t>oficina</w:t>
      </w:r>
      <w:proofErr w:type="spellEnd"/>
      <w:r w:rsidRPr="00632B8A">
        <w:t xml:space="preserve"> </w:t>
      </w:r>
      <w:proofErr w:type="spellStart"/>
      <w:r w:rsidRPr="00632B8A">
        <w:t>proposta</w:t>
      </w:r>
      <w:proofErr w:type="spellEnd"/>
      <w:r w:rsidRPr="00632B8A">
        <w:t>: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B148F2" w:rsidRPr="00632B8A" w:rsidRDefault="00F93662" w:rsidP="00C069C9">
      <w:pPr>
        <w:spacing w:line="360" w:lineRule="auto"/>
      </w:pPr>
      <w:r w:rsidRPr="00632B8A">
        <w:t xml:space="preserve">12. </w:t>
      </w:r>
      <w:proofErr w:type="spellStart"/>
      <w:r w:rsidRPr="00632B8A">
        <w:t>Medidas</w:t>
      </w:r>
      <w:proofErr w:type="spellEnd"/>
      <w:r w:rsidRPr="00632B8A">
        <w:t xml:space="preserve"> de </w:t>
      </w:r>
      <w:proofErr w:type="spellStart"/>
      <w:r w:rsidRPr="00632B8A">
        <w:t>inclusão</w:t>
      </w:r>
      <w:proofErr w:type="spellEnd"/>
      <w:r w:rsidRPr="00632B8A">
        <w:t xml:space="preserve"> e </w:t>
      </w:r>
      <w:proofErr w:type="spellStart"/>
      <w:r w:rsidRPr="00632B8A">
        <w:t>acessibilidade</w:t>
      </w:r>
      <w:proofErr w:type="spellEnd"/>
      <w:r w:rsidRPr="00632B8A">
        <w:t xml:space="preserve"> </w:t>
      </w:r>
      <w:proofErr w:type="spellStart"/>
      <w:r w:rsidRPr="00632B8A">
        <w:t>previstas</w:t>
      </w:r>
      <w:proofErr w:type="spellEnd"/>
      <w:r w:rsidRPr="00632B8A">
        <w:t>: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B148F2" w:rsidRPr="00632B8A" w:rsidRDefault="00F93662" w:rsidP="00C069C9">
      <w:pPr>
        <w:spacing w:line="360" w:lineRule="auto"/>
      </w:pPr>
      <w:r w:rsidRPr="00632B8A">
        <w:t xml:space="preserve">13. </w:t>
      </w:r>
      <w:proofErr w:type="spellStart"/>
      <w:r w:rsidRPr="00632B8A">
        <w:t>Outras</w:t>
      </w:r>
      <w:proofErr w:type="spellEnd"/>
      <w:r w:rsidRPr="00632B8A">
        <w:t xml:space="preserve"> </w:t>
      </w:r>
      <w:proofErr w:type="spellStart"/>
      <w:r w:rsidRPr="00632B8A">
        <w:t>informações</w:t>
      </w:r>
      <w:proofErr w:type="spellEnd"/>
      <w:r w:rsidRPr="00632B8A">
        <w:t xml:space="preserve"> </w:t>
      </w:r>
      <w:proofErr w:type="spellStart"/>
      <w:r w:rsidRPr="00632B8A">
        <w:t>relevantes</w:t>
      </w:r>
      <w:proofErr w:type="spellEnd"/>
      <w:r w:rsidRPr="00632B8A">
        <w:t>: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C069C9">
      <w:pPr>
        <w:spacing w:line="360" w:lineRule="auto"/>
      </w:pPr>
      <w:r w:rsidRPr="00632B8A">
        <w:t>___________________________________________________________________________________________</w:t>
      </w:r>
    </w:p>
    <w:p w:rsidR="004B57D2" w:rsidRPr="00632B8A" w:rsidRDefault="004B57D2" w:rsidP="00632B8A"/>
    <w:p w:rsidR="00B148F2" w:rsidRPr="00632B8A" w:rsidRDefault="00F93662" w:rsidP="00632B8A">
      <w:proofErr w:type="spellStart"/>
      <w:r w:rsidRPr="00632B8A">
        <w:t>Declaro</w:t>
      </w:r>
      <w:proofErr w:type="spellEnd"/>
      <w:r w:rsidRPr="00632B8A">
        <w:t xml:space="preserve"> que a </w:t>
      </w:r>
      <w:proofErr w:type="spellStart"/>
      <w:r w:rsidRPr="00632B8A">
        <w:t>descrição</w:t>
      </w:r>
      <w:proofErr w:type="spellEnd"/>
      <w:r w:rsidRPr="00632B8A">
        <w:t xml:space="preserve"> </w:t>
      </w:r>
      <w:proofErr w:type="spellStart"/>
      <w:r w:rsidRPr="00632B8A">
        <w:t>acima</w:t>
      </w:r>
      <w:proofErr w:type="spellEnd"/>
      <w:r w:rsidRPr="00632B8A">
        <w:t xml:space="preserve"> </w:t>
      </w:r>
      <w:proofErr w:type="spellStart"/>
      <w:r w:rsidRPr="00632B8A">
        <w:t>corresponde</w:t>
      </w:r>
      <w:proofErr w:type="spellEnd"/>
      <w:r w:rsidRPr="00632B8A">
        <w:t xml:space="preserve"> à </w:t>
      </w:r>
      <w:proofErr w:type="spellStart"/>
      <w:r w:rsidRPr="00632B8A">
        <w:t>proposta</w:t>
      </w:r>
      <w:proofErr w:type="spellEnd"/>
      <w:r w:rsidRPr="00632B8A">
        <w:t xml:space="preserve"> </w:t>
      </w:r>
      <w:proofErr w:type="spellStart"/>
      <w:r w:rsidRPr="00632B8A">
        <w:t>submetida</w:t>
      </w:r>
      <w:proofErr w:type="spellEnd"/>
      <w:r w:rsidRPr="00632B8A">
        <w:t xml:space="preserve"> e que, se </w:t>
      </w:r>
      <w:proofErr w:type="spellStart"/>
      <w:r w:rsidRPr="00632B8A">
        <w:t>contemplado</w:t>
      </w:r>
      <w:proofErr w:type="spellEnd"/>
      <w:r w:rsidRPr="00632B8A">
        <w:t xml:space="preserve">, </w:t>
      </w:r>
      <w:proofErr w:type="spellStart"/>
      <w:r w:rsidRPr="00632B8A">
        <w:t>cumprirei</w:t>
      </w:r>
      <w:proofErr w:type="spellEnd"/>
      <w:r w:rsidRPr="00632B8A">
        <w:t xml:space="preserve"> as </w:t>
      </w:r>
      <w:proofErr w:type="spellStart"/>
      <w:r w:rsidRPr="00632B8A">
        <w:t>obrigações</w:t>
      </w:r>
      <w:proofErr w:type="spellEnd"/>
      <w:r w:rsidRPr="00632B8A">
        <w:t xml:space="preserve"> do </w:t>
      </w:r>
      <w:proofErr w:type="spellStart"/>
      <w:r w:rsidRPr="00632B8A">
        <w:t>Edital</w:t>
      </w:r>
      <w:proofErr w:type="spellEnd"/>
      <w:r w:rsidRPr="00632B8A">
        <w:t xml:space="preserve"> e do </w:t>
      </w:r>
      <w:proofErr w:type="spellStart"/>
      <w:r w:rsidRPr="00632B8A">
        <w:t>Termo</w:t>
      </w:r>
      <w:proofErr w:type="spellEnd"/>
      <w:r w:rsidRPr="00632B8A">
        <w:t xml:space="preserve"> de </w:t>
      </w:r>
      <w:proofErr w:type="spellStart"/>
      <w:r w:rsidRPr="00632B8A">
        <w:t>Execução</w:t>
      </w:r>
      <w:proofErr w:type="spellEnd"/>
      <w:r w:rsidRPr="00632B8A">
        <w:t xml:space="preserve"> Cultural.</w:t>
      </w:r>
    </w:p>
    <w:p w:rsidR="004B57D2" w:rsidRPr="00632B8A" w:rsidRDefault="004B57D2" w:rsidP="00632B8A"/>
    <w:p w:rsidR="004B57D2" w:rsidRPr="00632B8A" w:rsidRDefault="004B57D2" w:rsidP="00632B8A"/>
    <w:p w:rsidR="00B148F2" w:rsidRPr="00632B8A" w:rsidRDefault="00F93662" w:rsidP="00632B8A">
      <w:r w:rsidRPr="00632B8A">
        <w:t xml:space="preserve">Santo </w:t>
      </w:r>
      <w:proofErr w:type="spellStart"/>
      <w:r w:rsidRPr="00632B8A">
        <w:t>Antônio</w:t>
      </w:r>
      <w:proofErr w:type="spellEnd"/>
      <w:r w:rsidRPr="00632B8A">
        <w:t xml:space="preserve"> de </w:t>
      </w:r>
      <w:proofErr w:type="spellStart"/>
      <w:r w:rsidRPr="00632B8A">
        <w:t>Pádua</w:t>
      </w:r>
      <w:proofErr w:type="spellEnd"/>
      <w:r w:rsidRPr="00632B8A">
        <w:t>/RJ, _____/_____/___________</w:t>
      </w:r>
    </w:p>
    <w:p w:rsidR="004B57D2" w:rsidRPr="00632B8A" w:rsidRDefault="004B57D2" w:rsidP="00632B8A"/>
    <w:p w:rsidR="004B57D2" w:rsidRPr="00632B8A" w:rsidRDefault="004B57D2" w:rsidP="00632B8A"/>
    <w:p w:rsidR="00B148F2" w:rsidRPr="00632B8A" w:rsidRDefault="00F93662" w:rsidP="00632B8A">
      <w:proofErr w:type="spellStart"/>
      <w:r w:rsidRPr="00632B8A">
        <w:t>Assinatura</w:t>
      </w:r>
      <w:proofErr w:type="spellEnd"/>
      <w:r w:rsidRPr="00632B8A">
        <w:t>: __________________________________________________________________________</w:t>
      </w:r>
    </w:p>
    <w:p w:rsidR="00B148F2" w:rsidRPr="00632B8A" w:rsidRDefault="00F93662" w:rsidP="00632B8A">
      <w:r w:rsidRPr="00632B8A">
        <w:br w:type="page"/>
      </w:r>
    </w:p>
    <w:p w:rsidR="00B148F2" w:rsidRPr="00F94E30" w:rsidRDefault="00F93662">
      <w:pPr>
        <w:jc w:val="center"/>
        <w:rPr>
          <w:lang w:val="pt-BR"/>
        </w:rPr>
      </w:pPr>
      <w:r w:rsidRPr="00F94E30">
        <w:rPr>
          <w:b/>
          <w:sz w:val="22"/>
          <w:lang w:val="pt-BR"/>
        </w:rPr>
        <w:lastRenderedPageBreak/>
        <w:t>ANEXO III – PORTFÓLIO / COMPROVAÇÃO DE ATUAÇÃO</w:t>
      </w:r>
    </w:p>
    <w:p w:rsidR="00B148F2" w:rsidRPr="00F94E30" w:rsidRDefault="00F93662">
      <w:pPr>
        <w:spacing w:after="160"/>
        <w:jc w:val="center"/>
        <w:rPr>
          <w:lang w:val="pt-BR"/>
        </w:rPr>
      </w:pPr>
      <w:r w:rsidRPr="00F94E30">
        <w:rPr>
          <w:b/>
          <w:lang w:val="pt-BR"/>
        </w:rPr>
        <w:t>EDITAL Nº 11/2026 – FOMENTO À REALIZAÇÃO DE OFICINAS CULTURAIS</w:t>
      </w:r>
    </w:p>
    <w:p w:rsidR="00B148F2" w:rsidRPr="00C069C9" w:rsidRDefault="00F93662" w:rsidP="00C069C9">
      <w:pPr>
        <w:ind w:firstLine="720"/>
        <w:rPr>
          <w:lang w:val="pt-BR"/>
        </w:rPr>
      </w:pPr>
      <w:r w:rsidRPr="00C069C9">
        <w:rPr>
          <w:lang w:val="pt-BR"/>
        </w:rPr>
        <w:t xml:space="preserve">O proponente poderá apresentar portfólio em formato livre ou utilizar os campos abaixo. A documentação deverá demonstrar no mínimo </w:t>
      </w:r>
      <w:proofErr w:type="gramStart"/>
      <w:r w:rsidRPr="00C069C9">
        <w:rPr>
          <w:lang w:val="pt-BR"/>
        </w:rPr>
        <w:t>02 (dois) anos de atuação na área cultural, formativa, artística</w:t>
      </w:r>
      <w:proofErr w:type="gramEnd"/>
      <w:r w:rsidRPr="00C069C9">
        <w:rPr>
          <w:lang w:val="pt-BR"/>
        </w:rPr>
        <w:t>, técnica ou de saber relacionada à oficina proposta. Não é necessário comprovar atividade mês a mês ou apresentar quantidade mínima de documentos.</w:t>
      </w:r>
    </w:p>
    <w:p w:rsidR="00B148F2" w:rsidRPr="00C069C9" w:rsidRDefault="00F93662" w:rsidP="00C069C9">
      <w:pPr>
        <w:rPr>
          <w:lang w:val="pt-BR"/>
        </w:rPr>
      </w:pPr>
      <w:r w:rsidRPr="00C069C9">
        <w:rPr>
          <w:lang w:val="pt-BR"/>
        </w:rPr>
        <w:t>Poderão ser utilizados fotografias, vídeos, cartazes, certificados, declarações, contratos, notas fiscais, matérias, publicações em redes sociais, links, atestados, documentos públicos, registros de participação em projetos e outros meios idôneos.</w:t>
      </w:r>
    </w:p>
    <w:p w:rsidR="00B148F2" w:rsidRPr="00C069C9" w:rsidRDefault="00F9366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Proponente:</w:t>
      </w:r>
    </w:p>
    <w:p w:rsidR="004B57D2" w:rsidRPr="00C069C9" w:rsidRDefault="004B57D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___________________________________________________________________________________________</w:t>
      </w:r>
    </w:p>
    <w:p w:rsidR="00B148F2" w:rsidRPr="00C069C9" w:rsidRDefault="00F9366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Resumo da trajetória e experiência na área da oficina:</w:t>
      </w:r>
    </w:p>
    <w:p w:rsidR="004B57D2" w:rsidRPr="00C069C9" w:rsidRDefault="004B57D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___________________________________________________________________________________________</w:t>
      </w:r>
    </w:p>
    <w:p w:rsidR="004B57D2" w:rsidRPr="00C069C9" w:rsidRDefault="004B57D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___________________________________________________________________________________________</w:t>
      </w:r>
    </w:p>
    <w:p w:rsidR="004B57D2" w:rsidRPr="00C069C9" w:rsidRDefault="004B57D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___________________________________________________________________________________________</w:t>
      </w:r>
    </w:p>
    <w:p w:rsidR="004B57D2" w:rsidRPr="00C069C9" w:rsidRDefault="004B57D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___________________________________________________________________________________________</w:t>
      </w:r>
    </w:p>
    <w:p w:rsidR="004B57D2" w:rsidRPr="00C069C9" w:rsidRDefault="004B57D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___________________________________________________________________________________________</w:t>
      </w:r>
    </w:p>
    <w:p w:rsidR="004B57D2" w:rsidRPr="00C069C9" w:rsidRDefault="004B57D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___________________________________________________________________________________________</w:t>
      </w:r>
    </w:p>
    <w:p w:rsidR="00B148F2" w:rsidRPr="00C069C9" w:rsidRDefault="00F9366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Principais atividades, projetos, cursos, apresentações, oficinas ou trabalhos realizados:</w:t>
      </w:r>
    </w:p>
    <w:p w:rsidR="004B57D2" w:rsidRPr="00C069C9" w:rsidRDefault="004B57D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___________________________________________________________________________________________</w:t>
      </w:r>
    </w:p>
    <w:p w:rsidR="004B57D2" w:rsidRPr="00C069C9" w:rsidRDefault="004B57D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___________________________________________________________________________________________</w:t>
      </w:r>
    </w:p>
    <w:p w:rsidR="004B57D2" w:rsidRPr="00C069C9" w:rsidRDefault="004B57D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___________________________________________________________________________________________</w:t>
      </w:r>
    </w:p>
    <w:p w:rsidR="004B57D2" w:rsidRPr="00C069C9" w:rsidRDefault="004B57D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___________________________________________________________________________________________</w:t>
      </w:r>
    </w:p>
    <w:p w:rsidR="004B57D2" w:rsidRPr="00C069C9" w:rsidRDefault="004B57D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___________________________________________________________________________________________</w:t>
      </w:r>
    </w:p>
    <w:p w:rsidR="004B57D2" w:rsidRPr="00C069C9" w:rsidRDefault="004B57D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___________________________________________________________________________________________</w:t>
      </w:r>
    </w:p>
    <w:p w:rsidR="00B148F2" w:rsidRPr="00C069C9" w:rsidRDefault="00F9366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Links e referências de comprovação:</w:t>
      </w:r>
    </w:p>
    <w:p w:rsidR="004B57D2" w:rsidRPr="00C069C9" w:rsidRDefault="004B57D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___________________________________________________________________________________________</w:t>
      </w:r>
    </w:p>
    <w:p w:rsidR="004B57D2" w:rsidRPr="00C069C9" w:rsidRDefault="004B57D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___________________________________________________________________________________________</w:t>
      </w:r>
    </w:p>
    <w:p w:rsidR="004B57D2" w:rsidRPr="00C069C9" w:rsidRDefault="004B57D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___________________________________________________________________________________________</w:t>
      </w:r>
    </w:p>
    <w:p w:rsidR="004B57D2" w:rsidRPr="00C069C9" w:rsidRDefault="004B57D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___________________________________________________________________________________________</w:t>
      </w:r>
    </w:p>
    <w:p w:rsidR="004B57D2" w:rsidRPr="00C069C9" w:rsidRDefault="004B57D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___________________________________________________________________________________________</w:t>
      </w:r>
    </w:p>
    <w:p w:rsidR="004B57D2" w:rsidRPr="00C069C9" w:rsidRDefault="004B57D2" w:rsidP="00004E31">
      <w:pPr>
        <w:spacing w:line="360" w:lineRule="auto"/>
        <w:rPr>
          <w:lang w:val="pt-BR"/>
        </w:rPr>
      </w:pPr>
      <w:r w:rsidRPr="00C069C9">
        <w:rPr>
          <w:lang w:val="pt-BR"/>
        </w:rPr>
        <w:t>___________________________________________________________________________________________</w:t>
      </w:r>
    </w:p>
    <w:p w:rsidR="004B57D2" w:rsidRPr="00C069C9" w:rsidRDefault="004B57D2" w:rsidP="00C069C9">
      <w:pPr>
        <w:rPr>
          <w:lang w:val="pt-BR"/>
        </w:rPr>
      </w:pPr>
    </w:p>
    <w:p w:rsidR="004B57D2" w:rsidRPr="00C069C9" w:rsidRDefault="004B57D2" w:rsidP="00C069C9">
      <w:pPr>
        <w:rPr>
          <w:lang w:val="pt-BR"/>
        </w:rPr>
      </w:pPr>
    </w:p>
    <w:p w:rsidR="00B148F2" w:rsidRPr="00F94E30" w:rsidRDefault="00F93662">
      <w:pPr>
        <w:jc w:val="center"/>
        <w:rPr>
          <w:lang w:val="pt-BR"/>
        </w:rPr>
      </w:pPr>
      <w:bookmarkStart w:id="0" w:name="_GoBack"/>
      <w:bookmarkEnd w:id="0"/>
      <w:r w:rsidRPr="00F94E30">
        <w:rPr>
          <w:b/>
          <w:sz w:val="22"/>
          <w:lang w:val="pt-BR"/>
        </w:rPr>
        <w:lastRenderedPageBreak/>
        <w:t>ANEXO IV – DECLARAÇÃO DE INEXISTÊNCIA DE IMPEDIMENTO</w:t>
      </w:r>
    </w:p>
    <w:p w:rsidR="00B148F2" w:rsidRPr="00F94E30" w:rsidRDefault="00F93662">
      <w:pPr>
        <w:spacing w:after="160"/>
        <w:jc w:val="center"/>
        <w:rPr>
          <w:lang w:val="pt-BR"/>
        </w:rPr>
      </w:pPr>
      <w:r w:rsidRPr="00F94E30">
        <w:rPr>
          <w:b/>
          <w:lang w:val="pt-BR"/>
        </w:rPr>
        <w:t>EDITAL Nº 11/2026 – FOMENTO À REALIZAÇÃO DE OFICINAS CULTURAIS</w:t>
      </w:r>
    </w:p>
    <w:p w:rsidR="006540CB" w:rsidRPr="00F94E30" w:rsidRDefault="00F93662" w:rsidP="006540CB">
      <w:pPr>
        <w:spacing w:after="100" w:line="360" w:lineRule="auto"/>
        <w:ind w:firstLine="720"/>
        <w:rPr>
          <w:lang w:val="pt-BR"/>
        </w:rPr>
      </w:pPr>
      <w:r w:rsidRPr="00F94E30">
        <w:rPr>
          <w:lang w:val="pt-BR"/>
        </w:rPr>
        <w:t>Eu,</w:t>
      </w:r>
      <w:r w:rsidR="004B57D2" w:rsidRPr="00F94E30">
        <w:rPr>
          <w:lang w:val="pt-BR"/>
        </w:rPr>
        <w:t xml:space="preserve"> __</w:t>
      </w:r>
      <w:r w:rsidRPr="00F94E30">
        <w:rPr>
          <w:lang w:val="pt-BR"/>
        </w:rPr>
        <w:t>____________________________________________________________________________</w:t>
      </w:r>
      <w:r w:rsidR="006540CB" w:rsidRPr="00F94E30">
        <w:rPr>
          <w:lang w:val="pt-BR"/>
        </w:rPr>
        <w:t>___</w:t>
      </w:r>
      <w:r w:rsidRPr="00F94E30">
        <w:rPr>
          <w:lang w:val="pt-BR"/>
        </w:rPr>
        <w:t>,</w:t>
      </w:r>
    </w:p>
    <w:p w:rsidR="00B148F2" w:rsidRPr="00F94E30" w:rsidRDefault="00F93662" w:rsidP="006540CB">
      <w:pPr>
        <w:spacing w:after="100" w:line="360" w:lineRule="auto"/>
        <w:rPr>
          <w:lang w:val="pt-BR"/>
        </w:rPr>
      </w:pPr>
      <w:r w:rsidRPr="00F94E30">
        <w:rPr>
          <w:lang w:val="pt-BR"/>
        </w:rPr>
        <w:t xml:space="preserve"> CPF nº _______________________</w:t>
      </w:r>
      <w:r w:rsidR="006540CB" w:rsidRPr="00F94E30">
        <w:rPr>
          <w:lang w:val="pt-BR"/>
        </w:rPr>
        <w:t>_____</w:t>
      </w:r>
      <w:r w:rsidRPr="00F94E30">
        <w:rPr>
          <w:lang w:val="pt-BR"/>
        </w:rPr>
        <w:t xml:space="preserve">__________, na condição de </w:t>
      </w:r>
      <w:proofErr w:type="gramStart"/>
      <w:r w:rsidRPr="00F94E30">
        <w:rPr>
          <w:lang w:val="pt-BR"/>
        </w:rPr>
        <w:t xml:space="preserve">(   </w:t>
      </w:r>
      <w:proofErr w:type="gramEnd"/>
      <w:r w:rsidRPr="00F94E30">
        <w:rPr>
          <w:lang w:val="pt-BR"/>
        </w:rPr>
        <w:t>) Pessoa Física / (   ) titular do MEI CNPJ nº __________</w:t>
      </w:r>
      <w:r w:rsidR="006540CB" w:rsidRPr="00F94E30">
        <w:rPr>
          <w:lang w:val="pt-BR"/>
        </w:rPr>
        <w:t>____</w:t>
      </w:r>
      <w:r w:rsidRPr="00F94E30">
        <w:rPr>
          <w:lang w:val="pt-BR"/>
        </w:rPr>
        <w:t>_______________________, DECLARO, sob as penas da lei, que não me enquadro nas vedações e impedimentos previstos no Edital nº 11/2026, que não possuo conflito de interesses que comprometa minha participação no certame e que as informações prestadas são verdadeiras.</w:t>
      </w:r>
    </w:p>
    <w:p w:rsidR="00B148F2" w:rsidRPr="00F94E30" w:rsidRDefault="00F93662" w:rsidP="006540CB">
      <w:pPr>
        <w:spacing w:after="200" w:line="360" w:lineRule="auto"/>
        <w:ind w:firstLine="720"/>
        <w:rPr>
          <w:lang w:val="pt-BR"/>
        </w:rPr>
      </w:pPr>
      <w:r w:rsidRPr="00F94E30">
        <w:rPr>
          <w:lang w:val="pt-BR"/>
        </w:rPr>
        <w:t>Declaro, ainda, estar ciente das consequências administrativas, civis e penais decorrentes de declaração falsa.</w:t>
      </w:r>
    </w:p>
    <w:p w:rsidR="006540CB" w:rsidRPr="00F94E30" w:rsidRDefault="006540CB">
      <w:pPr>
        <w:jc w:val="left"/>
        <w:rPr>
          <w:lang w:val="pt-BR"/>
        </w:rPr>
      </w:pPr>
    </w:p>
    <w:p w:rsidR="00B148F2" w:rsidRPr="00F94E30" w:rsidRDefault="00F93662">
      <w:pPr>
        <w:jc w:val="left"/>
        <w:rPr>
          <w:lang w:val="pt-BR"/>
        </w:rPr>
      </w:pPr>
      <w:r w:rsidRPr="00F94E30">
        <w:rPr>
          <w:lang w:val="pt-BR"/>
        </w:rPr>
        <w:t>Santo Antônio de Pádua/RJ, _____/_____/</w:t>
      </w:r>
      <w:proofErr w:type="gramStart"/>
      <w:r w:rsidRPr="00F94E30">
        <w:rPr>
          <w:lang w:val="pt-BR"/>
        </w:rPr>
        <w:t>___________</w:t>
      </w:r>
      <w:proofErr w:type="gramEnd"/>
    </w:p>
    <w:p w:rsidR="006540CB" w:rsidRPr="00F94E30" w:rsidRDefault="006540CB">
      <w:pPr>
        <w:jc w:val="left"/>
        <w:rPr>
          <w:lang w:val="pt-BR"/>
        </w:rPr>
      </w:pPr>
    </w:p>
    <w:p w:rsidR="006540CB" w:rsidRPr="00F94E30" w:rsidRDefault="006540CB">
      <w:pPr>
        <w:jc w:val="left"/>
        <w:rPr>
          <w:lang w:val="pt-BR"/>
        </w:rPr>
      </w:pPr>
    </w:p>
    <w:p w:rsidR="00B148F2" w:rsidRPr="00F94E30" w:rsidRDefault="00F93662">
      <w:pPr>
        <w:jc w:val="left"/>
        <w:rPr>
          <w:lang w:val="pt-BR"/>
        </w:rPr>
      </w:pPr>
      <w:r w:rsidRPr="00F94E30">
        <w:rPr>
          <w:lang w:val="pt-BR"/>
        </w:rPr>
        <w:t>Assinatura: __________________________________________________________________________</w:t>
      </w:r>
    </w:p>
    <w:p w:rsidR="00B148F2" w:rsidRPr="00F94E30" w:rsidRDefault="00F93662">
      <w:pPr>
        <w:rPr>
          <w:lang w:val="pt-BR"/>
        </w:rPr>
      </w:pPr>
      <w:r w:rsidRPr="00F94E30">
        <w:rPr>
          <w:lang w:val="pt-BR"/>
        </w:rPr>
        <w:br w:type="page"/>
      </w:r>
    </w:p>
    <w:p w:rsidR="00B148F2" w:rsidRPr="00F94E30" w:rsidRDefault="00F93662">
      <w:pPr>
        <w:jc w:val="center"/>
        <w:rPr>
          <w:lang w:val="pt-BR"/>
        </w:rPr>
      </w:pPr>
      <w:r w:rsidRPr="00F94E30">
        <w:rPr>
          <w:b/>
          <w:sz w:val="22"/>
          <w:lang w:val="pt-BR"/>
        </w:rPr>
        <w:lastRenderedPageBreak/>
        <w:t>ANEXO V – AUTODECLARAÇÃO PARA AÇÕES AFIRMATIVAS</w:t>
      </w:r>
    </w:p>
    <w:p w:rsidR="00B148F2" w:rsidRPr="00F94E30" w:rsidRDefault="00F93662">
      <w:pPr>
        <w:spacing w:after="160"/>
        <w:jc w:val="center"/>
        <w:rPr>
          <w:lang w:val="pt-BR"/>
        </w:rPr>
      </w:pPr>
      <w:r w:rsidRPr="00F94E30">
        <w:rPr>
          <w:b/>
          <w:lang w:val="pt-BR"/>
        </w:rPr>
        <w:t>EDITAL Nº 11/2026 – FOMENTO À REALIZAÇÃO DE OFICINAS CULTURAIS</w:t>
      </w:r>
    </w:p>
    <w:p w:rsidR="00B148F2" w:rsidRPr="00F94E30" w:rsidRDefault="00F93662" w:rsidP="006540CB">
      <w:pPr>
        <w:spacing w:after="100" w:line="360" w:lineRule="auto"/>
        <w:rPr>
          <w:lang w:val="pt-BR"/>
        </w:rPr>
      </w:pPr>
      <w:r w:rsidRPr="00F94E30">
        <w:rPr>
          <w:lang w:val="pt-BR"/>
        </w:rPr>
        <w:t>Eu, _______</w:t>
      </w:r>
      <w:r w:rsidR="006540CB" w:rsidRPr="00F94E30">
        <w:rPr>
          <w:lang w:val="pt-BR"/>
        </w:rPr>
        <w:t>__</w:t>
      </w:r>
      <w:r w:rsidRPr="00F94E30">
        <w:rPr>
          <w:lang w:val="pt-BR"/>
        </w:rPr>
        <w:t>_______________________________________________________________________________, CPF nº _____</w:t>
      </w:r>
      <w:r w:rsidR="006540CB" w:rsidRPr="00F94E30">
        <w:rPr>
          <w:lang w:val="pt-BR"/>
        </w:rPr>
        <w:t>______</w:t>
      </w:r>
      <w:r w:rsidRPr="00F94E30">
        <w:rPr>
          <w:lang w:val="pt-BR"/>
        </w:rPr>
        <w:t>____________________________, para fins de concorrência às vagas reservadas do Edital nº 11/2026, AUTODECLARO-ME como:</w:t>
      </w:r>
    </w:p>
    <w:p w:rsidR="00B148F2" w:rsidRPr="00F94E30" w:rsidRDefault="00F93662">
      <w:pPr>
        <w:pStyle w:val="Commarcadores"/>
        <w:spacing w:after="40"/>
        <w:ind w:left="312" w:hanging="142"/>
        <w:rPr>
          <w:lang w:val="pt-BR"/>
        </w:rPr>
      </w:pPr>
      <w:proofErr w:type="gramStart"/>
      <w:r w:rsidRPr="00F94E30">
        <w:rPr>
          <w:lang w:val="pt-BR"/>
        </w:rPr>
        <w:t xml:space="preserve">(   </w:t>
      </w:r>
      <w:proofErr w:type="gramEnd"/>
      <w:r w:rsidRPr="00F94E30">
        <w:rPr>
          <w:lang w:val="pt-BR"/>
        </w:rPr>
        <w:t>) pessoa negra – preta;</w:t>
      </w:r>
    </w:p>
    <w:p w:rsidR="00B148F2" w:rsidRPr="00F94E30" w:rsidRDefault="00F93662">
      <w:pPr>
        <w:pStyle w:val="Commarcadores"/>
        <w:spacing w:after="40"/>
        <w:ind w:left="312" w:hanging="142"/>
        <w:rPr>
          <w:lang w:val="pt-BR"/>
        </w:rPr>
      </w:pPr>
      <w:proofErr w:type="gramStart"/>
      <w:r w:rsidRPr="00F94E30">
        <w:rPr>
          <w:lang w:val="pt-BR"/>
        </w:rPr>
        <w:t xml:space="preserve">(   </w:t>
      </w:r>
      <w:proofErr w:type="gramEnd"/>
      <w:r w:rsidRPr="00F94E30">
        <w:rPr>
          <w:lang w:val="pt-BR"/>
        </w:rPr>
        <w:t>) pessoa negra – parda;</w:t>
      </w:r>
    </w:p>
    <w:p w:rsidR="00B148F2" w:rsidRPr="00F94E30" w:rsidRDefault="00F93662">
      <w:pPr>
        <w:pStyle w:val="Commarcadores"/>
        <w:spacing w:after="40"/>
        <w:ind w:left="312" w:hanging="142"/>
        <w:rPr>
          <w:lang w:val="pt-BR"/>
        </w:rPr>
      </w:pPr>
      <w:proofErr w:type="gramStart"/>
      <w:r w:rsidRPr="00F94E30">
        <w:rPr>
          <w:lang w:val="pt-BR"/>
        </w:rPr>
        <w:t xml:space="preserve">(   </w:t>
      </w:r>
      <w:proofErr w:type="gramEnd"/>
      <w:r w:rsidRPr="00F94E30">
        <w:rPr>
          <w:lang w:val="pt-BR"/>
        </w:rPr>
        <w:t>) pessoa indígena;</w:t>
      </w:r>
    </w:p>
    <w:p w:rsidR="00B148F2" w:rsidRPr="00F94E30" w:rsidRDefault="00F93662">
      <w:pPr>
        <w:pStyle w:val="Commarcadores"/>
        <w:spacing w:after="40"/>
        <w:ind w:left="312" w:hanging="142"/>
        <w:rPr>
          <w:lang w:val="pt-BR"/>
        </w:rPr>
      </w:pPr>
      <w:proofErr w:type="gramStart"/>
      <w:r w:rsidRPr="00F94E30">
        <w:rPr>
          <w:lang w:val="pt-BR"/>
        </w:rPr>
        <w:t xml:space="preserve">(   </w:t>
      </w:r>
      <w:proofErr w:type="gramEnd"/>
      <w:r w:rsidRPr="00F94E30">
        <w:rPr>
          <w:lang w:val="pt-BR"/>
        </w:rPr>
        <w:t xml:space="preserve">) pessoa com deficiência – </w:t>
      </w:r>
      <w:proofErr w:type="spellStart"/>
      <w:r w:rsidRPr="00F94E30">
        <w:rPr>
          <w:lang w:val="pt-BR"/>
        </w:rPr>
        <w:t>PcD</w:t>
      </w:r>
      <w:proofErr w:type="spellEnd"/>
      <w:r w:rsidRPr="00F94E30">
        <w:rPr>
          <w:lang w:val="pt-BR"/>
        </w:rPr>
        <w:t>.</w:t>
      </w:r>
    </w:p>
    <w:p w:rsidR="006540CB" w:rsidRPr="00F94E30" w:rsidRDefault="006540CB">
      <w:pPr>
        <w:spacing w:after="200"/>
        <w:rPr>
          <w:lang w:val="pt-BR"/>
        </w:rPr>
      </w:pPr>
    </w:p>
    <w:p w:rsidR="00B148F2" w:rsidRPr="00F94E30" w:rsidRDefault="00F93662" w:rsidP="006540CB">
      <w:pPr>
        <w:spacing w:after="200"/>
        <w:ind w:firstLine="170"/>
        <w:rPr>
          <w:lang w:val="pt-BR"/>
        </w:rPr>
      </w:pPr>
      <w:r w:rsidRPr="00F94E30">
        <w:rPr>
          <w:lang w:val="pt-BR"/>
        </w:rPr>
        <w:t xml:space="preserve">Declaro estar ciente de que </w:t>
      </w:r>
      <w:proofErr w:type="gramStart"/>
      <w:r w:rsidRPr="00F94E30">
        <w:rPr>
          <w:lang w:val="pt-BR"/>
        </w:rPr>
        <w:t>a presente</w:t>
      </w:r>
      <w:proofErr w:type="gramEnd"/>
      <w:r w:rsidRPr="00F94E30">
        <w:rPr>
          <w:lang w:val="pt-BR"/>
        </w:rPr>
        <w:t xml:space="preserve"> </w:t>
      </w:r>
      <w:proofErr w:type="spellStart"/>
      <w:r w:rsidRPr="00F94E30">
        <w:rPr>
          <w:lang w:val="pt-BR"/>
        </w:rPr>
        <w:t>autodeclaração</w:t>
      </w:r>
      <w:proofErr w:type="spellEnd"/>
      <w:r w:rsidRPr="00F94E30">
        <w:rPr>
          <w:lang w:val="pt-BR"/>
        </w:rPr>
        <w:t xml:space="preserve"> será utilizada exclusivamente para aplicação da política de ações afirmativas do Edital e de que a prestação de informação falsa poderá acarretar as consequências previstas em lei, assegurado o devido processo.</w:t>
      </w:r>
    </w:p>
    <w:p w:rsidR="006540CB" w:rsidRPr="00F94E30" w:rsidRDefault="006540CB">
      <w:pPr>
        <w:jc w:val="left"/>
        <w:rPr>
          <w:lang w:val="pt-BR"/>
        </w:rPr>
      </w:pPr>
    </w:p>
    <w:p w:rsidR="00B148F2" w:rsidRPr="00F94E30" w:rsidRDefault="00F93662" w:rsidP="006540CB">
      <w:pPr>
        <w:jc w:val="left"/>
        <w:rPr>
          <w:lang w:val="pt-BR"/>
        </w:rPr>
      </w:pPr>
      <w:r w:rsidRPr="00F94E30">
        <w:rPr>
          <w:lang w:val="pt-BR"/>
        </w:rPr>
        <w:t>Santo Antônio de Pádua/RJ, _____/_____/</w:t>
      </w:r>
      <w:proofErr w:type="gramStart"/>
      <w:r w:rsidRPr="00F94E30">
        <w:rPr>
          <w:lang w:val="pt-BR"/>
        </w:rPr>
        <w:t>___________</w:t>
      </w:r>
      <w:proofErr w:type="gramEnd"/>
    </w:p>
    <w:p w:rsidR="006540CB" w:rsidRPr="00F94E30" w:rsidRDefault="006540CB">
      <w:pPr>
        <w:jc w:val="left"/>
        <w:rPr>
          <w:lang w:val="pt-BR"/>
        </w:rPr>
      </w:pPr>
    </w:p>
    <w:p w:rsidR="006540CB" w:rsidRPr="00F94E30" w:rsidRDefault="006540CB">
      <w:pPr>
        <w:jc w:val="left"/>
        <w:rPr>
          <w:lang w:val="pt-BR"/>
        </w:rPr>
      </w:pPr>
    </w:p>
    <w:p w:rsidR="00B148F2" w:rsidRPr="00F94E30" w:rsidRDefault="00F93662">
      <w:pPr>
        <w:jc w:val="left"/>
        <w:rPr>
          <w:lang w:val="pt-BR"/>
        </w:rPr>
      </w:pPr>
      <w:r w:rsidRPr="00F94E30">
        <w:rPr>
          <w:lang w:val="pt-BR"/>
        </w:rPr>
        <w:t>Assinatura: __________________________________________________________________________</w:t>
      </w:r>
    </w:p>
    <w:p w:rsidR="00B148F2" w:rsidRPr="00F94E30" w:rsidRDefault="00F93662">
      <w:pPr>
        <w:rPr>
          <w:lang w:val="pt-BR"/>
        </w:rPr>
      </w:pPr>
      <w:r w:rsidRPr="00F94E30">
        <w:rPr>
          <w:lang w:val="pt-BR"/>
        </w:rPr>
        <w:br w:type="page"/>
      </w:r>
    </w:p>
    <w:p w:rsidR="001F4BE9" w:rsidRPr="00F94E30" w:rsidRDefault="001F4BE9">
      <w:pPr>
        <w:jc w:val="center"/>
        <w:rPr>
          <w:b/>
          <w:sz w:val="22"/>
          <w:lang w:val="pt-BR"/>
        </w:rPr>
      </w:pPr>
    </w:p>
    <w:p w:rsidR="00B148F2" w:rsidRPr="00F94E30" w:rsidRDefault="00F93662">
      <w:pPr>
        <w:jc w:val="center"/>
        <w:rPr>
          <w:lang w:val="pt-BR"/>
        </w:rPr>
      </w:pPr>
      <w:proofErr w:type="gramStart"/>
      <w:r w:rsidRPr="00F94E30">
        <w:rPr>
          <w:b/>
          <w:sz w:val="22"/>
          <w:lang w:val="pt-BR"/>
        </w:rPr>
        <w:t>ANEXO VI</w:t>
      </w:r>
      <w:proofErr w:type="gramEnd"/>
      <w:r w:rsidRPr="00F94E30">
        <w:rPr>
          <w:b/>
          <w:sz w:val="22"/>
          <w:lang w:val="pt-BR"/>
        </w:rPr>
        <w:t xml:space="preserve"> – TERMO DE ADESÃO E COMPROMISSO COM AS REGRAS DO EDITAL</w:t>
      </w:r>
    </w:p>
    <w:p w:rsidR="00B148F2" w:rsidRPr="00F94E30" w:rsidRDefault="00F93662">
      <w:pPr>
        <w:spacing w:after="160"/>
        <w:jc w:val="center"/>
        <w:rPr>
          <w:lang w:val="pt-BR"/>
        </w:rPr>
      </w:pPr>
      <w:r w:rsidRPr="00F94E30">
        <w:rPr>
          <w:b/>
          <w:lang w:val="pt-BR"/>
        </w:rPr>
        <w:t>EDITAL Nº 11/2026 – FOMENTO À REALIZAÇÃO DE OFICINAS CULTURAIS</w:t>
      </w:r>
    </w:p>
    <w:p w:rsidR="00B148F2" w:rsidRPr="00F94E30" w:rsidRDefault="00F93662" w:rsidP="006540CB">
      <w:pPr>
        <w:spacing w:after="120" w:line="360" w:lineRule="auto"/>
        <w:rPr>
          <w:lang w:val="pt-BR"/>
        </w:rPr>
      </w:pPr>
      <w:r w:rsidRPr="00F94E30">
        <w:rPr>
          <w:lang w:val="pt-BR"/>
        </w:rPr>
        <w:t>Eu, ______________</w:t>
      </w:r>
      <w:r w:rsidR="006540CB" w:rsidRPr="00F94E30">
        <w:rPr>
          <w:lang w:val="pt-BR"/>
        </w:rPr>
        <w:t>__</w:t>
      </w:r>
      <w:r w:rsidRPr="00F94E30">
        <w:rPr>
          <w:lang w:val="pt-BR"/>
        </w:rPr>
        <w:t>________________________________________________________________________, CPF nº _______________________________</w:t>
      </w:r>
      <w:r w:rsidR="006540CB" w:rsidRPr="00F94E30">
        <w:rPr>
          <w:lang w:val="pt-BR"/>
        </w:rPr>
        <w:t>___</w:t>
      </w:r>
      <w:r w:rsidRPr="00F94E30">
        <w:rPr>
          <w:lang w:val="pt-BR"/>
        </w:rPr>
        <w:t xml:space="preserve">__, na condição de </w:t>
      </w:r>
      <w:proofErr w:type="gramStart"/>
      <w:r w:rsidRPr="00F94E30">
        <w:rPr>
          <w:lang w:val="pt-BR"/>
        </w:rPr>
        <w:t xml:space="preserve">(   </w:t>
      </w:r>
      <w:proofErr w:type="gramEnd"/>
      <w:r w:rsidRPr="00F94E30">
        <w:rPr>
          <w:lang w:val="pt-BR"/>
        </w:rPr>
        <w:t>) Pessoa Física / (   ) titular do MEI CNPJ nº _____________________________</w:t>
      </w:r>
      <w:r w:rsidR="006540CB" w:rsidRPr="00F94E30">
        <w:rPr>
          <w:lang w:val="pt-BR"/>
        </w:rPr>
        <w:t>_______</w:t>
      </w:r>
      <w:r w:rsidRPr="00F94E30">
        <w:rPr>
          <w:lang w:val="pt-BR"/>
        </w:rPr>
        <w:t>____, DECLARO que li e compreendi o Edital nº 11/2026 e seus anexos e, por meio deste Termo, ADIRO às suas regras e assumo o compromisso de cumpri-las integralmente.</w:t>
      </w:r>
    </w:p>
    <w:p w:rsidR="00B148F2" w:rsidRPr="00F94E30" w:rsidRDefault="00F93662">
      <w:pPr>
        <w:spacing w:after="40"/>
        <w:rPr>
          <w:lang w:val="pt-BR"/>
        </w:rPr>
      </w:pPr>
      <w:r w:rsidRPr="00F94E30">
        <w:rPr>
          <w:lang w:val="pt-BR"/>
        </w:rPr>
        <w:t>Declaro, ainda, que:</w:t>
      </w:r>
    </w:p>
    <w:p w:rsidR="00B148F2" w:rsidRPr="00F94E30" w:rsidRDefault="00F93662">
      <w:pPr>
        <w:pStyle w:val="Commarcadores"/>
        <w:spacing w:after="40"/>
        <w:ind w:left="312" w:hanging="142"/>
        <w:rPr>
          <w:lang w:val="pt-BR"/>
        </w:rPr>
      </w:pPr>
      <w:proofErr w:type="gramStart"/>
      <w:r w:rsidRPr="00F94E30">
        <w:rPr>
          <w:lang w:val="pt-BR"/>
        </w:rPr>
        <w:t>as</w:t>
      </w:r>
      <w:proofErr w:type="gramEnd"/>
      <w:r w:rsidRPr="00F94E30">
        <w:rPr>
          <w:lang w:val="pt-BR"/>
        </w:rPr>
        <w:t xml:space="preserve"> informações e os documentos apresentados são verdadeiros e de minha responsabilidade;</w:t>
      </w:r>
    </w:p>
    <w:p w:rsidR="00B148F2" w:rsidRPr="00F94E30" w:rsidRDefault="00F93662">
      <w:pPr>
        <w:pStyle w:val="Commarcadores"/>
        <w:spacing w:after="40"/>
        <w:ind w:left="312" w:hanging="142"/>
        <w:rPr>
          <w:lang w:val="pt-BR"/>
        </w:rPr>
      </w:pPr>
      <w:proofErr w:type="gramStart"/>
      <w:r w:rsidRPr="00F94E30">
        <w:rPr>
          <w:lang w:val="pt-BR"/>
        </w:rPr>
        <w:t>acompanharei</w:t>
      </w:r>
      <w:proofErr w:type="gramEnd"/>
      <w:r w:rsidRPr="00F94E30">
        <w:rPr>
          <w:lang w:val="pt-BR"/>
        </w:rPr>
        <w:t xml:space="preserve"> as publicações, convocações, resultados e demais atos oficiais relacionados ao Edital;</w:t>
      </w:r>
    </w:p>
    <w:p w:rsidR="00B148F2" w:rsidRPr="00F94E30" w:rsidRDefault="00F93662">
      <w:pPr>
        <w:pStyle w:val="Commarcadores"/>
        <w:spacing w:after="40"/>
        <w:ind w:left="312" w:hanging="142"/>
        <w:rPr>
          <w:lang w:val="pt-BR"/>
        </w:rPr>
      </w:pPr>
      <w:proofErr w:type="gramStart"/>
      <w:r w:rsidRPr="00F94E30">
        <w:rPr>
          <w:lang w:val="pt-BR"/>
        </w:rPr>
        <w:t>caso</w:t>
      </w:r>
      <w:proofErr w:type="gramEnd"/>
      <w:r w:rsidRPr="00F94E30">
        <w:rPr>
          <w:lang w:val="pt-BR"/>
        </w:rPr>
        <w:t xml:space="preserve"> seja contemplado, executarei pessoalmente a oficina e cumprirei as obrigações do Edital e do Termo de Execução Cultural, inclusive a carga horária, a comprovação mensal e o Relatório Final de Execução do Objeto;</w:t>
      </w:r>
    </w:p>
    <w:p w:rsidR="00B148F2" w:rsidRPr="00F94E30" w:rsidRDefault="00F93662">
      <w:pPr>
        <w:pStyle w:val="Commarcadores"/>
        <w:spacing w:after="40"/>
        <w:ind w:left="312" w:hanging="142"/>
        <w:rPr>
          <w:lang w:val="pt-BR"/>
        </w:rPr>
      </w:pPr>
      <w:proofErr w:type="gramStart"/>
      <w:r w:rsidRPr="00F94E30">
        <w:rPr>
          <w:lang w:val="pt-BR"/>
        </w:rPr>
        <w:t>estou</w:t>
      </w:r>
      <w:proofErr w:type="gramEnd"/>
      <w:r w:rsidRPr="00F94E30">
        <w:rPr>
          <w:lang w:val="pt-BR"/>
        </w:rPr>
        <w:t xml:space="preserve"> ciente de que os materiais e recursos necessários à oficina são de minha responsabilidade, sem obrigação de fornecimento pela SEMUC;</w:t>
      </w:r>
    </w:p>
    <w:p w:rsidR="00B148F2" w:rsidRPr="00F94E30" w:rsidRDefault="00F93662">
      <w:pPr>
        <w:pStyle w:val="Commarcadores"/>
        <w:spacing w:after="40"/>
        <w:ind w:left="312" w:hanging="142"/>
        <w:rPr>
          <w:lang w:val="pt-BR"/>
        </w:rPr>
      </w:pPr>
      <w:proofErr w:type="gramStart"/>
      <w:r w:rsidRPr="00F94E30">
        <w:rPr>
          <w:lang w:val="pt-BR"/>
        </w:rPr>
        <w:t>estou</w:t>
      </w:r>
      <w:proofErr w:type="gramEnd"/>
      <w:r w:rsidRPr="00F94E30">
        <w:rPr>
          <w:lang w:val="pt-BR"/>
        </w:rPr>
        <w:t xml:space="preserve"> ciente de que este Termo de Adesão não substitui o Termo de Execução Cultural e não gera, por si só, direito ao recebimento de recursos.</w:t>
      </w:r>
    </w:p>
    <w:p w:rsidR="006540CB" w:rsidRPr="00F94E30" w:rsidRDefault="006540CB">
      <w:pPr>
        <w:spacing w:before="160"/>
        <w:jc w:val="left"/>
        <w:rPr>
          <w:lang w:val="pt-BR"/>
        </w:rPr>
      </w:pPr>
    </w:p>
    <w:p w:rsidR="00B148F2" w:rsidRPr="00F94E30" w:rsidRDefault="00F93662">
      <w:pPr>
        <w:spacing w:before="160"/>
        <w:jc w:val="left"/>
        <w:rPr>
          <w:lang w:val="pt-BR"/>
        </w:rPr>
      </w:pPr>
      <w:r w:rsidRPr="00F94E30">
        <w:rPr>
          <w:lang w:val="pt-BR"/>
        </w:rPr>
        <w:t>Santo Antônio de Pádua/RJ, _____/_____/</w:t>
      </w:r>
      <w:proofErr w:type="gramStart"/>
      <w:r w:rsidRPr="00F94E30">
        <w:rPr>
          <w:lang w:val="pt-BR"/>
        </w:rPr>
        <w:t>___________</w:t>
      </w:r>
      <w:proofErr w:type="gramEnd"/>
    </w:p>
    <w:p w:rsidR="006540CB" w:rsidRPr="00F94E30" w:rsidRDefault="006540CB">
      <w:pPr>
        <w:jc w:val="left"/>
        <w:rPr>
          <w:lang w:val="pt-BR"/>
        </w:rPr>
      </w:pPr>
    </w:p>
    <w:p w:rsidR="00B148F2" w:rsidRPr="00F94E30" w:rsidRDefault="00F93662">
      <w:pPr>
        <w:jc w:val="left"/>
        <w:rPr>
          <w:lang w:val="pt-BR"/>
        </w:rPr>
      </w:pPr>
      <w:r w:rsidRPr="00F94E30">
        <w:rPr>
          <w:lang w:val="pt-BR"/>
        </w:rPr>
        <w:t>Assinatura: __________________________________________________________________________</w:t>
      </w:r>
    </w:p>
    <w:p w:rsidR="00B148F2" w:rsidRPr="00F94E30" w:rsidRDefault="00F93662">
      <w:pPr>
        <w:rPr>
          <w:lang w:val="pt-BR"/>
        </w:rPr>
      </w:pPr>
      <w:r w:rsidRPr="00F94E30">
        <w:rPr>
          <w:lang w:val="pt-BR"/>
        </w:rPr>
        <w:br w:type="page"/>
      </w:r>
    </w:p>
    <w:p w:rsidR="00B148F2" w:rsidRPr="00F94E30" w:rsidRDefault="00F93662">
      <w:pPr>
        <w:jc w:val="center"/>
        <w:rPr>
          <w:lang w:val="pt-BR"/>
        </w:rPr>
      </w:pPr>
      <w:r w:rsidRPr="00F94E30">
        <w:rPr>
          <w:b/>
          <w:sz w:val="22"/>
          <w:lang w:val="pt-BR"/>
        </w:rPr>
        <w:lastRenderedPageBreak/>
        <w:t>ANEXO VII – MODELO DE TERMO DE EXECUÇÃO CULTURAL – TEC</w:t>
      </w:r>
    </w:p>
    <w:p w:rsidR="00B148F2" w:rsidRPr="00F94E30" w:rsidRDefault="00F93662">
      <w:pPr>
        <w:spacing w:after="160"/>
        <w:jc w:val="center"/>
        <w:rPr>
          <w:lang w:val="pt-BR"/>
        </w:rPr>
      </w:pPr>
      <w:r w:rsidRPr="00F94E30">
        <w:rPr>
          <w:b/>
          <w:lang w:val="pt-BR"/>
        </w:rPr>
        <w:t>EDITAL Nº 11/2026 – FOMENTO À REALIZAÇÃO DE OFICINAS CULTURAIS</w:t>
      </w:r>
    </w:p>
    <w:p w:rsidR="00B148F2" w:rsidRPr="00F94E30" w:rsidRDefault="00F93662" w:rsidP="001F4BE9">
      <w:pPr>
        <w:spacing w:after="160"/>
        <w:ind w:firstLine="720"/>
        <w:rPr>
          <w:lang w:val="pt-BR"/>
        </w:rPr>
      </w:pPr>
      <w:r w:rsidRPr="00F94E30">
        <w:rPr>
          <w:lang w:val="pt-BR"/>
        </w:rPr>
        <w:t>MODELO PARA CONSULTA. O instrumento definitivo será preenchido pela SEMUC após a seleção e habilitação do contemplado.</w:t>
      </w:r>
    </w:p>
    <w:p w:rsidR="001F4BE9" w:rsidRPr="00F94E30" w:rsidRDefault="001F4BE9">
      <w:pPr>
        <w:pStyle w:val="Ttulo2"/>
        <w:rPr>
          <w:rFonts w:ascii="Arial" w:hAnsi="Arial"/>
          <w:lang w:val="pt-BR"/>
        </w:rPr>
      </w:pPr>
    </w:p>
    <w:p w:rsidR="00B148F2" w:rsidRPr="00F94E30" w:rsidRDefault="00F93662">
      <w:pPr>
        <w:pStyle w:val="Ttulo2"/>
        <w:rPr>
          <w:lang w:val="pt-BR"/>
        </w:rPr>
      </w:pPr>
      <w:r w:rsidRPr="00F94E30">
        <w:rPr>
          <w:rFonts w:ascii="Arial" w:hAnsi="Arial"/>
          <w:lang w:val="pt-BR"/>
        </w:rPr>
        <w:t>1. PARTES</w:t>
      </w:r>
    </w:p>
    <w:p w:rsidR="00B148F2" w:rsidRPr="00F94E30" w:rsidRDefault="00F93662">
      <w:pPr>
        <w:rPr>
          <w:lang w:val="pt-BR"/>
        </w:rPr>
      </w:pPr>
      <w:r w:rsidRPr="00F94E30">
        <w:rPr>
          <w:lang w:val="pt-BR"/>
        </w:rPr>
        <w:t>MUNICÍPIO DE SANTO ANTÔNIO DE PÁDUA/RJ, por intermédio da Secretaria Municipal de Cultura e Economia Criativa – SEMUC, e o AGENTE CULTURAL identificado no processo do Edital nº 11/2026.</w:t>
      </w:r>
    </w:p>
    <w:p w:rsidR="001F4BE9" w:rsidRPr="00F94E30" w:rsidRDefault="001F4BE9">
      <w:pPr>
        <w:pStyle w:val="Ttulo2"/>
        <w:rPr>
          <w:rFonts w:ascii="Arial" w:hAnsi="Arial"/>
          <w:lang w:val="pt-BR"/>
        </w:rPr>
      </w:pPr>
    </w:p>
    <w:p w:rsidR="00B148F2" w:rsidRPr="00F94E30" w:rsidRDefault="00F93662">
      <w:pPr>
        <w:pStyle w:val="Ttulo2"/>
        <w:rPr>
          <w:lang w:val="pt-BR"/>
        </w:rPr>
      </w:pPr>
      <w:r w:rsidRPr="00F94E30">
        <w:rPr>
          <w:rFonts w:ascii="Arial" w:hAnsi="Arial"/>
          <w:lang w:val="pt-BR"/>
        </w:rPr>
        <w:t>2. OBJETO</w:t>
      </w:r>
    </w:p>
    <w:p w:rsidR="00B148F2" w:rsidRPr="00F94E30" w:rsidRDefault="00F93662">
      <w:pPr>
        <w:rPr>
          <w:lang w:val="pt-BR"/>
        </w:rPr>
      </w:pPr>
      <w:r w:rsidRPr="00F94E30">
        <w:rPr>
          <w:lang w:val="pt-BR"/>
        </w:rPr>
        <w:t xml:space="preserve">Execução da oficina cultural selecionada no Edital nº 11/2026, durante o período de janeiro a junho de 2027, com carga de 06 (seis) horas semanais, em espaços definidos em articulação com a SEMUC, conforme </w:t>
      </w:r>
      <w:proofErr w:type="gramStart"/>
      <w:r w:rsidRPr="00F94E30">
        <w:rPr>
          <w:lang w:val="pt-BR"/>
        </w:rPr>
        <w:t>proposta aprovada e plano de trabalho simplificado</w:t>
      </w:r>
      <w:proofErr w:type="gramEnd"/>
      <w:r w:rsidRPr="00F94E30">
        <w:rPr>
          <w:lang w:val="pt-BR"/>
        </w:rPr>
        <w:t>.</w:t>
      </w:r>
    </w:p>
    <w:p w:rsidR="001F4BE9" w:rsidRPr="00F94E30" w:rsidRDefault="001F4BE9">
      <w:pPr>
        <w:pStyle w:val="Ttulo2"/>
        <w:rPr>
          <w:rFonts w:ascii="Arial" w:hAnsi="Arial"/>
          <w:lang w:val="pt-BR"/>
        </w:rPr>
      </w:pPr>
    </w:p>
    <w:p w:rsidR="00B148F2" w:rsidRPr="00F94E30" w:rsidRDefault="00F93662">
      <w:pPr>
        <w:pStyle w:val="Ttulo2"/>
        <w:rPr>
          <w:lang w:val="pt-BR"/>
        </w:rPr>
      </w:pPr>
      <w:r w:rsidRPr="00F94E30">
        <w:rPr>
          <w:rFonts w:ascii="Arial" w:hAnsi="Arial"/>
          <w:lang w:val="pt-BR"/>
        </w:rPr>
        <w:t>3. VALOR E PAGAMENTO</w:t>
      </w:r>
    </w:p>
    <w:p w:rsidR="00B148F2" w:rsidRPr="00F94E30" w:rsidRDefault="00F93662">
      <w:pPr>
        <w:rPr>
          <w:lang w:val="pt-BR"/>
        </w:rPr>
      </w:pPr>
      <w:r w:rsidRPr="00F94E30">
        <w:rPr>
          <w:lang w:val="pt-BR"/>
        </w:rPr>
        <w:t xml:space="preserve">O valor total do fomento é de R$ 6.000,00 (seis mil reais), dividido em 06 (seis) parcelas de </w:t>
      </w:r>
      <w:proofErr w:type="gramStart"/>
      <w:r w:rsidRPr="00F94E30">
        <w:rPr>
          <w:lang w:val="pt-BR"/>
        </w:rPr>
        <w:t>R$ 1.000,00 (mil reais), processadas</w:t>
      </w:r>
      <w:proofErr w:type="gramEnd"/>
      <w:r w:rsidRPr="00F94E30">
        <w:rPr>
          <w:lang w:val="pt-BR"/>
        </w:rPr>
        <w:t xml:space="preserve"> no mês subsequente às atividades de cada mês, após comprovação mensal e ateste da SEMUC, observados os procedimentos administrativos e financeiros do Município. Não haverá retenção de Imposto de Renda pelo Município sobre o repasse de fomento cultural efetuado por este TEC; eventuais obrigações tributárias decorrentes da destinação posterior dos recursos serão de responsabilidade do agente cultural.</w:t>
      </w:r>
    </w:p>
    <w:p w:rsidR="001F4BE9" w:rsidRPr="00F94E30" w:rsidRDefault="001F4BE9">
      <w:pPr>
        <w:pStyle w:val="Ttulo2"/>
        <w:rPr>
          <w:rFonts w:ascii="Arial" w:hAnsi="Arial"/>
          <w:lang w:val="pt-BR"/>
        </w:rPr>
      </w:pPr>
    </w:p>
    <w:p w:rsidR="00B148F2" w:rsidRPr="00F94E30" w:rsidRDefault="00F93662">
      <w:pPr>
        <w:pStyle w:val="Ttulo2"/>
        <w:rPr>
          <w:lang w:val="pt-BR"/>
        </w:rPr>
      </w:pPr>
      <w:r w:rsidRPr="00F94E30">
        <w:rPr>
          <w:rFonts w:ascii="Arial" w:hAnsi="Arial"/>
          <w:lang w:val="pt-BR"/>
        </w:rPr>
        <w:t>4. EXECUÇÃO</w:t>
      </w:r>
    </w:p>
    <w:p w:rsidR="00B148F2" w:rsidRPr="00F94E30" w:rsidRDefault="00F93662">
      <w:pPr>
        <w:rPr>
          <w:lang w:val="pt-BR"/>
        </w:rPr>
      </w:pPr>
      <w:r w:rsidRPr="00F94E30">
        <w:rPr>
          <w:lang w:val="pt-BR"/>
        </w:rPr>
        <w:t>O AGENTE CULTURAL executará pessoalmente a oficina, cumprirá a carga horária, providenciará os materiais e recursos necessários, observará os espaços, dias e horários definidos com a SEMUC e comunicará previamente necessidade de reprogramação.</w:t>
      </w:r>
    </w:p>
    <w:p w:rsidR="001F4BE9" w:rsidRPr="00F94E30" w:rsidRDefault="001F4BE9">
      <w:pPr>
        <w:pStyle w:val="Ttulo2"/>
        <w:rPr>
          <w:rFonts w:ascii="Arial" w:hAnsi="Arial"/>
          <w:lang w:val="pt-BR"/>
        </w:rPr>
      </w:pPr>
    </w:p>
    <w:p w:rsidR="00B148F2" w:rsidRPr="00F94E30" w:rsidRDefault="00F93662">
      <w:pPr>
        <w:pStyle w:val="Ttulo2"/>
        <w:rPr>
          <w:lang w:val="pt-BR"/>
        </w:rPr>
      </w:pPr>
      <w:r w:rsidRPr="00F94E30">
        <w:rPr>
          <w:rFonts w:ascii="Arial" w:hAnsi="Arial"/>
          <w:lang w:val="pt-BR"/>
        </w:rPr>
        <w:t>5. ACOMPANHAMENTO</w:t>
      </w:r>
    </w:p>
    <w:p w:rsidR="00B148F2" w:rsidRPr="00F94E30" w:rsidRDefault="00F93662">
      <w:pPr>
        <w:rPr>
          <w:lang w:val="pt-BR"/>
        </w:rPr>
      </w:pPr>
      <w:r w:rsidRPr="00F94E30">
        <w:rPr>
          <w:lang w:val="pt-BR"/>
        </w:rPr>
        <w:t>A execução será acompanhada pela SEMUC mediante relatórios mensais, registros das atividades, acompanhamento presencial ou outros meios idôneos. O AGENTE CULTURAL apresentará Relatório Final em até 30 dias corridos após o encerramento da oficina.</w:t>
      </w:r>
    </w:p>
    <w:p w:rsidR="001F4BE9" w:rsidRPr="00F94E30" w:rsidRDefault="001F4BE9">
      <w:pPr>
        <w:pStyle w:val="Ttulo2"/>
        <w:rPr>
          <w:rFonts w:ascii="Arial" w:hAnsi="Arial"/>
          <w:lang w:val="pt-BR"/>
        </w:rPr>
      </w:pPr>
    </w:p>
    <w:p w:rsidR="00B148F2" w:rsidRPr="00F94E30" w:rsidRDefault="00F93662">
      <w:pPr>
        <w:pStyle w:val="Ttulo2"/>
        <w:rPr>
          <w:lang w:val="pt-BR"/>
        </w:rPr>
      </w:pPr>
      <w:r w:rsidRPr="00F94E30">
        <w:rPr>
          <w:rFonts w:ascii="Arial" w:hAnsi="Arial"/>
          <w:lang w:val="pt-BR"/>
        </w:rPr>
        <w:t>6. ALTERAÇÕES E REPROGRAMAÇÃO</w:t>
      </w:r>
    </w:p>
    <w:p w:rsidR="00B148F2" w:rsidRPr="00F94E30" w:rsidRDefault="00F93662">
      <w:pPr>
        <w:rPr>
          <w:lang w:val="pt-BR"/>
        </w:rPr>
      </w:pPr>
      <w:r w:rsidRPr="00F94E30">
        <w:rPr>
          <w:lang w:val="pt-BR"/>
        </w:rPr>
        <w:t>Alterações operacionais poderão ser realizadas mediante justificativa e comunicação à SEMUC, desde que preservados o objeto, a área cultural, a qualidade e a finalidade da proposta. Impedimentos temporários poderão ensejar reprogramação.</w:t>
      </w:r>
    </w:p>
    <w:p w:rsidR="001F4BE9" w:rsidRPr="00F94E30" w:rsidRDefault="001F4BE9">
      <w:pPr>
        <w:pStyle w:val="Ttulo2"/>
        <w:rPr>
          <w:rFonts w:ascii="Arial" w:hAnsi="Arial"/>
          <w:lang w:val="pt-BR"/>
        </w:rPr>
      </w:pPr>
    </w:p>
    <w:p w:rsidR="00B148F2" w:rsidRPr="00F94E30" w:rsidRDefault="00F93662">
      <w:pPr>
        <w:pStyle w:val="Ttulo2"/>
        <w:rPr>
          <w:lang w:val="pt-BR"/>
        </w:rPr>
      </w:pPr>
      <w:r w:rsidRPr="00F94E30">
        <w:rPr>
          <w:rFonts w:ascii="Arial" w:hAnsi="Arial"/>
          <w:lang w:val="pt-BR"/>
        </w:rPr>
        <w:t>7. VEDAÇÃO DE TRANSFERÊNCIA</w:t>
      </w:r>
    </w:p>
    <w:p w:rsidR="00B148F2" w:rsidRPr="00F94E30" w:rsidRDefault="00F93662">
      <w:pPr>
        <w:rPr>
          <w:lang w:val="pt-BR"/>
        </w:rPr>
      </w:pPr>
      <w:r w:rsidRPr="00F94E30">
        <w:rPr>
          <w:lang w:val="pt-BR"/>
        </w:rPr>
        <w:t xml:space="preserve">É vedada a transferência da titularidade da proposta ou a substituição livre do </w:t>
      </w:r>
      <w:proofErr w:type="spellStart"/>
      <w:r w:rsidRPr="00F94E30">
        <w:rPr>
          <w:lang w:val="pt-BR"/>
        </w:rPr>
        <w:t>oficineiro</w:t>
      </w:r>
      <w:proofErr w:type="spellEnd"/>
      <w:r w:rsidRPr="00F94E30">
        <w:rPr>
          <w:lang w:val="pt-BR"/>
        </w:rPr>
        <w:t xml:space="preserve"> por terceiro. Situações excepcionais serão tratadas conforme o Edital e a legislação aplicável.</w:t>
      </w:r>
    </w:p>
    <w:p w:rsidR="00B148F2" w:rsidRPr="00F94E30" w:rsidRDefault="00F93662">
      <w:pPr>
        <w:pStyle w:val="Ttulo2"/>
        <w:rPr>
          <w:lang w:val="pt-BR"/>
        </w:rPr>
      </w:pPr>
      <w:r w:rsidRPr="00F94E30">
        <w:rPr>
          <w:rFonts w:ascii="Arial" w:hAnsi="Arial"/>
          <w:lang w:val="pt-BR"/>
        </w:rPr>
        <w:lastRenderedPageBreak/>
        <w:t>8. DESCUMPRIMENTO</w:t>
      </w:r>
    </w:p>
    <w:p w:rsidR="00B148F2" w:rsidRPr="00F94E30" w:rsidRDefault="00F93662">
      <w:pPr>
        <w:rPr>
          <w:lang w:val="pt-BR"/>
        </w:rPr>
      </w:pPr>
      <w:r w:rsidRPr="00F94E30">
        <w:rPr>
          <w:lang w:val="pt-BR"/>
        </w:rPr>
        <w:t xml:space="preserve">O descumprimento será analisado de forma proporcional, </w:t>
      </w:r>
      <w:proofErr w:type="gramStart"/>
      <w:r w:rsidRPr="00F94E30">
        <w:rPr>
          <w:lang w:val="pt-BR"/>
        </w:rPr>
        <w:t>assegurados contraditório</w:t>
      </w:r>
      <w:proofErr w:type="gramEnd"/>
      <w:r w:rsidRPr="00F94E30">
        <w:rPr>
          <w:lang w:val="pt-BR"/>
        </w:rPr>
        <w:t xml:space="preserve"> e ampla defesa, podendo resultar em suspensão de parcelas futuras, rescisão, restituição ou outras consequências legalmente cabíveis, conforme o caso.</w:t>
      </w:r>
    </w:p>
    <w:p w:rsidR="001F4BE9" w:rsidRPr="00F94E30" w:rsidRDefault="001F4BE9">
      <w:pPr>
        <w:pStyle w:val="Ttulo2"/>
        <w:rPr>
          <w:rFonts w:ascii="Arial" w:hAnsi="Arial"/>
          <w:lang w:val="pt-BR"/>
        </w:rPr>
      </w:pPr>
    </w:p>
    <w:p w:rsidR="00B148F2" w:rsidRPr="00F94E30" w:rsidRDefault="00F93662">
      <w:pPr>
        <w:pStyle w:val="Ttulo2"/>
        <w:rPr>
          <w:lang w:val="pt-BR"/>
        </w:rPr>
      </w:pPr>
      <w:r w:rsidRPr="00F94E30">
        <w:rPr>
          <w:rFonts w:ascii="Arial" w:hAnsi="Arial"/>
          <w:lang w:val="pt-BR"/>
        </w:rPr>
        <w:t>9. VIGÊNCIA</w:t>
      </w:r>
    </w:p>
    <w:p w:rsidR="00B148F2" w:rsidRPr="00F94E30" w:rsidRDefault="00F93662">
      <w:pPr>
        <w:rPr>
          <w:lang w:val="pt-BR"/>
        </w:rPr>
      </w:pPr>
      <w:r w:rsidRPr="00F94E30">
        <w:rPr>
          <w:lang w:val="pt-BR"/>
        </w:rPr>
        <w:t>O presente TEC produzirá efeitos a partir de sua assinatura e permanecerá vigente até a conclusão das obrigações de execução, acompanhamento e prestação de informações previstas no Edital.</w:t>
      </w:r>
    </w:p>
    <w:p w:rsidR="001F4BE9" w:rsidRPr="00F94E30" w:rsidRDefault="001F4BE9">
      <w:pPr>
        <w:pStyle w:val="Ttulo2"/>
        <w:rPr>
          <w:rFonts w:ascii="Arial" w:hAnsi="Arial"/>
          <w:lang w:val="pt-BR"/>
        </w:rPr>
      </w:pPr>
    </w:p>
    <w:p w:rsidR="00B148F2" w:rsidRPr="00F94E30" w:rsidRDefault="00F93662">
      <w:pPr>
        <w:pStyle w:val="Ttulo2"/>
        <w:rPr>
          <w:lang w:val="pt-BR"/>
        </w:rPr>
      </w:pPr>
      <w:r w:rsidRPr="00F94E30">
        <w:rPr>
          <w:rFonts w:ascii="Arial" w:hAnsi="Arial"/>
          <w:lang w:val="pt-BR"/>
        </w:rPr>
        <w:t>10. ASSINATURAS</w:t>
      </w:r>
    </w:p>
    <w:p w:rsidR="001F4BE9" w:rsidRPr="00F94E30" w:rsidRDefault="001F4BE9">
      <w:pPr>
        <w:spacing w:after="280"/>
        <w:jc w:val="left"/>
        <w:rPr>
          <w:lang w:val="pt-BR"/>
        </w:rPr>
      </w:pPr>
    </w:p>
    <w:p w:rsidR="001F4BE9" w:rsidRPr="00F94E30" w:rsidRDefault="001F4BE9">
      <w:pPr>
        <w:spacing w:after="280"/>
        <w:jc w:val="left"/>
        <w:rPr>
          <w:lang w:val="pt-BR"/>
        </w:rPr>
      </w:pPr>
    </w:p>
    <w:p w:rsidR="00B148F2" w:rsidRPr="00F94E30" w:rsidRDefault="00F93662">
      <w:pPr>
        <w:spacing w:after="280"/>
        <w:jc w:val="left"/>
        <w:rPr>
          <w:lang w:val="pt-BR"/>
        </w:rPr>
      </w:pPr>
      <w:r w:rsidRPr="00F94E30">
        <w:rPr>
          <w:lang w:val="pt-BR"/>
        </w:rPr>
        <w:t xml:space="preserve">Santo Antônio de Pádua/RJ, _____ de ______________________________ </w:t>
      </w:r>
      <w:proofErr w:type="spellStart"/>
      <w:r w:rsidRPr="00F94E30">
        <w:rPr>
          <w:lang w:val="pt-BR"/>
        </w:rPr>
        <w:t>de</w:t>
      </w:r>
      <w:proofErr w:type="spellEnd"/>
      <w:r w:rsidRPr="00F94E30">
        <w:rPr>
          <w:lang w:val="pt-BR"/>
        </w:rPr>
        <w:t xml:space="preserve"> ________.</w:t>
      </w:r>
    </w:p>
    <w:p w:rsidR="001F4BE9" w:rsidRPr="00F94E30" w:rsidRDefault="001F4BE9">
      <w:pPr>
        <w:jc w:val="center"/>
        <w:rPr>
          <w:lang w:val="pt-BR"/>
        </w:rPr>
      </w:pPr>
    </w:p>
    <w:p w:rsidR="001F4BE9" w:rsidRPr="00F94E30" w:rsidRDefault="001F4BE9">
      <w:pPr>
        <w:jc w:val="center"/>
        <w:rPr>
          <w:lang w:val="pt-BR"/>
        </w:rPr>
      </w:pPr>
    </w:p>
    <w:p w:rsidR="00B148F2" w:rsidRPr="00F94E30" w:rsidRDefault="00F93662">
      <w:pPr>
        <w:jc w:val="center"/>
        <w:rPr>
          <w:lang w:val="pt-BR"/>
        </w:rPr>
      </w:pPr>
      <w:r w:rsidRPr="00F94E30">
        <w:rPr>
          <w:lang w:val="pt-BR"/>
        </w:rPr>
        <w:t>____________________________________________</w:t>
      </w:r>
      <w:r w:rsidRPr="00F94E30">
        <w:rPr>
          <w:lang w:val="pt-BR"/>
        </w:rPr>
        <w:br/>
        <w:t>MUNICÍPIO / SEMUC</w:t>
      </w:r>
    </w:p>
    <w:p w:rsidR="001F4BE9" w:rsidRPr="00F94E30" w:rsidRDefault="001F4BE9">
      <w:pPr>
        <w:jc w:val="center"/>
        <w:rPr>
          <w:lang w:val="pt-BR"/>
        </w:rPr>
      </w:pPr>
    </w:p>
    <w:p w:rsidR="001F4BE9" w:rsidRPr="00F94E30" w:rsidRDefault="001F4BE9">
      <w:pPr>
        <w:jc w:val="center"/>
        <w:rPr>
          <w:lang w:val="pt-BR"/>
        </w:rPr>
      </w:pPr>
    </w:p>
    <w:p w:rsidR="00B148F2" w:rsidRPr="00F94E30" w:rsidRDefault="00F93662">
      <w:pPr>
        <w:jc w:val="center"/>
        <w:rPr>
          <w:lang w:val="pt-BR"/>
        </w:rPr>
      </w:pPr>
      <w:r w:rsidRPr="00F94E30">
        <w:rPr>
          <w:lang w:val="pt-BR"/>
        </w:rPr>
        <w:t>____________________________________________</w:t>
      </w:r>
      <w:r w:rsidRPr="00F94E30">
        <w:rPr>
          <w:lang w:val="pt-BR"/>
        </w:rPr>
        <w:br/>
        <w:t>AGENTE CULTURAL</w:t>
      </w:r>
    </w:p>
    <w:p w:rsidR="00B148F2" w:rsidRPr="00F94E30" w:rsidRDefault="00F93662">
      <w:pPr>
        <w:pageBreakBefore/>
        <w:jc w:val="center"/>
        <w:rPr>
          <w:lang w:val="pt-BR"/>
        </w:rPr>
      </w:pPr>
      <w:r w:rsidRPr="00F94E30">
        <w:rPr>
          <w:b/>
          <w:sz w:val="22"/>
          <w:lang w:val="pt-BR"/>
        </w:rPr>
        <w:lastRenderedPageBreak/>
        <w:t>ANEXO VIII – MODELO DE RELATÓRIO MENSAL DE EXECUÇÃO</w:t>
      </w:r>
    </w:p>
    <w:p w:rsidR="00B148F2" w:rsidRPr="00F94E30" w:rsidRDefault="00F93662">
      <w:pPr>
        <w:spacing w:after="160"/>
        <w:jc w:val="center"/>
        <w:rPr>
          <w:lang w:val="pt-BR"/>
        </w:rPr>
      </w:pPr>
      <w:r w:rsidRPr="00F94E30">
        <w:rPr>
          <w:b/>
          <w:lang w:val="pt-BR"/>
        </w:rPr>
        <w:t>EDITAL Nº 11/2026 – FOMENTO À REALIZAÇÃO DE OFICINAS CULTURAIS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B148F2" w:rsidRPr="00F94E30">
        <w:trPr>
          <w:jc w:val="center"/>
        </w:trPr>
        <w:tc>
          <w:tcPr>
            <w:tcW w:w="5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Oficina</w:t>
            </w:r>
          </w:p>
        </w:tc>
        <w:tc>
          <w:tcPr>
            <w:tcW w:w="5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5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F93662">
            <w:pPr>
              <w:rPr>
                <w:lang w:val="pt-BR"/>
              </w:rPr>
            </w:pPr>
            <w:proofErr w:type="spellStart"/>
            <w:r w:rsidRPr="00F94E30">
              <w:rPr>
                <w:b/>
                <w:sz w:val="18"/>
                <w:lang w:val="pt-BR"/>
              </w:rPr>
              <w:t>Oficineiro</w:t>
            </w:r>
            <w:proofErr w:type="spellEnd"/>
            <w:r w:rsidRPr="00F94E30">
              <w:rPr>
                <w:b/>
                <w:sz w:val="18"/>
                <w:lang w:val="pt-BR"/>
              </w:rPr>
              <w:t xml:space="preserve"> / Proponente</w:t>
            </w:r>
          </w:p>
        </w:tc>
        <w:tc>
          <w:tcPr>
            <w:tcW w:w="5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5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CPF / CNPJ</w:t>
            </w:r>
          </w:p>
        </w:tc>
        <w:tc>
          <w:tcPr>
            <w:tcW w:w="5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5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Mês de referência</w:t>
            </w:r>
          </w:p>
        </w:tc>
        <w:tc>
          <w:tcPr>
            <w:tcW w:w="5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5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F93662">
            <w:pPr>
              <w:rPr>
                <w:lang w:val="pt-BR"/>
              </w:rPr>
            </w:pPr>
            <w:proofErr w:type="gramStart"/>
            <w:r w:rsidRPr="00F94E30">
              <w:rPr>
                <w:b/>
                <w:sz w:val="18"/>
                <w:lang w:val="pt-BR"/>
              </w:rPr>
              <w:t>Local(</w:t>
            </w:r>
            <w:proofErr w:type="spellStart"/>
            <w:proofErr w:type="gramEnd"/>
            <w:r w:rsidRPr="00F94E30">
              <w:rPr>
                <w:b/>
                <w:sz w:val="18"/>
                <w:lang w:val="pt-BR"/>
              </w:rPr>
              <w:t>is</w:t>
            </w:r>
            <w:proofErr w:type="spellEnd"/>
            <w:r w:rsidRPr="00F94E30">
              <w:rPr>
                <w:b/>
                <w:sz w:val="18"/>
                <w:lang w:val="pt-BR"/>
              </w:rPr>
              <w:t>)</w:t>
            </w:r>
          </w:p>
        </w:tc>
        <w:tc>
          <w:tcPr>
            <w:tcW w:w="5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</w:tbl>
    <w:p w:rsidR="00B148F2" w:rsidRPr="00F94E30" w:rsidRDefault="00F93662" w:rsidP="00DA6080">
      <w:pPr>
        <w:pStyle w:val="Ttulo2"/>
        <w:spacing w:line="360" w:lineRule="auto"/>
        <w:rPr>
          <w:lang w:val="pt-BR"/>
        </w:rPr>
      </w:pPr>
      <w:r w:rsidRPr="00F94E30">
        <w:rPr>
          <w:rFonts w:ascii="Arial" w:hAnsi="Arial"/>
          <w:lang w:val="pt-BR"/>
        </w:rPr>
        <w:t>1. Datas, horários e carga horária realizada no mês:</w:t>
      </w:r>
    </w:p>
    <w:p w:rsidR="00DA6080" w:rsidRPr="00F94E30" w:rsidRDefault="00DA6080" w:rsidP="00DA6080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DA6080" w:rsidRPr="00F94E30" w:rsidRDefault="00DA6080" w:rsidP="00DA6080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DA6080" w:rsidRPr="00F94E30" w:rsidRDefault="00DA6080" w:rsidP="00DA6080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B148F2" w:rsidRPr="00F94E30" w:rsidRDefault="00F93662">
      <w:pPr>
        <w:pStyle w:val="Ttulo2"/>
        <w:rPr>
          <w:lang w:val="pt-BR"/>
        </w:rPr>
      </w:pPr>
      <w:r w:rsidRPr="00F94E30">
        <w:rPr>
          <w:rFonts w:ascii="Arial" w:hAnsi="Arial"/>
          <w:lang w:val="pt-BR"/>
        </w:rPr>
        <w:t>2. Conteúdos e atividades desenvolvidos:</w:t>
      </w:r>
    </w:p>
    <w:p w:rsidR="00DA6080" w:rsidRPr="00F94E30" w:rsidRDefault="00DA6080" w:rsidP="00DA6080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DA6080" w:rsidRPr="00F94E30" w:rsidRDefault="00DA6080" w:rsidP="00DA6080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DA6080" w:rsidRPr="00F94E30" w:rsidRDefault="00DA6080" w:rsidP="00DA6080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DA6080" w:rsidRPr="00F94E30" w:rsidRDefault="00DA6080" w:rsidP="00DA6080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DA6080" w:rsidRPr="00F94E30" w:rsidRDefault="00DA6080" w:rsidP="00DA6080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DA6080" w:rsidRPr="00F94E30" w:rsidRDefault="00DA6080" w:rsidP="00DA6080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B148F2" w:rsidRPr="00F94E30" w:rsidRDefault="00F93662" w:rsidP="00DA6080">
      <w:pPr>
        <w:spacing w:after="20" w:line="360" w:lineRule="auto"/>
        <w:rPr>
          <w:lang w:val="pt-BR"/>
        </w:rPr>
      </w:pPr>
      <w:r w:rsidRPr="00F94E30">
        <w:rPr>
          <w:lang w:val="pt-BR"/>
        </w:rPr>
        <w:t>3. Registro dos participantes: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4535"/>
        <w:gridCol w:w="3402"/>
      </w:tblGrid>
      <w:tr w:rsidR="00B148F2" w:rsidRPr="00F94E30">
        <w:trPr>
          <w:tblHeader/>
          <w:jc w:val="center"/>
        </w:trPr>
        <w:tc>
          <w:tcPr>
            <w:tcW w:w="1701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F93662">
            <w:pPr>
              <w:jc w:val="center"/>
              <w:rPr>
                <w:lang w:val="pt-BR"/>
              </w:rPr>
            </w:pPr>
            <w:r w:rsidRPr="00F94E30">
              <w:rPr>
                <w:b/>
                <w:sz w:val="16"/>
                <w:lang w:val="pt-BR"/>
              </w:rPr>
              <w:t>DATA</w:t>
            </w:r>
          </w:p>
        </w:tc>
        <w:tc>
          <w:tcPr>
            <w:tcW w:w="4535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F93662">
            <w:pPr>
              <w:jc w:val="center"/>
              <w:rPr>
                <w:lang w:val="pt-BR"/>
              </w:rPr>
            </w:pPr>
            <w:r w:rsidRPr="00F94E30">
              <w:rPr>
                <w:b/>
                <w:sz w:val="16"/>
                <w:lang w:val="pt-BR"/>
              </w:rPr>
              <w:t>NOME DO PARTICIPANTE</w:t>
            </w:r>
          </w:p>
        </w:tc>
        <w:tc>
          <w:tcPr>
            <w:tcW w:w="3402" w:type="dxa"/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F93662">
            <w:pPr>
              <w:jc w:val="center"/>
              <w:rPr>
                <w:lang w:val="pt-BR"/>
              </w:rPr>
            </w:pPr>
            <w:r w:rsidRPr="00F94E30">
              <w:rPr>
                <w:b/>
                <w:sz w:val="16"/>
                <w:lang w:val="pt-BR"/>
              </w:rPr>
              <w:t>ASSINATURA / REGISTRO</w:t>
            </w:r>
          </w:p>
        </w:tc>
      </w:tr>
      <w:tr w:rsidR="00B148F2" w:rsidRPr="00F94E30">
        <w:trPr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jc w:val="left"/>
              <w:rPr>
                <w:lang w:val="pt-BR"/>
              </w:rPr>
            </w:pPr>
          </w:p>
        </w:tc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jc w:val="left"/>
              <w:rPr>
                <w:lang w:val="pt-BR"/>
              </w:rPr>
            </w:pPr>
          </w:p>
        </w:tc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jc w:val="left"/>
              <w:rPr>
                <w:lang w:val="pt-BR"/>
              </w:rPr>
            </w:pPr>
          </w:p>
        </w:tc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jc w:val="left"/>
              <w:rPr>
                <w:lang w:val="pt-BR"/>
              </w:rPr>
            </w:pPr>
          </w:p>
        </w:tc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jc w:val="left"/>
              <w:rPr>
                <w:lang w:val="pt-BR"/>
              </w:rPr>
            </w:pPr>
          </w:p>
        </w:tc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jc w:val="left"/>
              <w:rPr>
                <w:lang w:val="pt-BR"/>
              </w:rPr>
            </w:pPr>
          </w:p>
        </w:tc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jc w:val="left"/>
              <w:rPr>
                <w:lang w:val="pt-BR"/>
              </w:rPr>
            </w:pPr>
          </w:p>
        </w:tc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jc w:val="left"/>
              <w:rPr>
                <w:lang w:val="pt-BR"/>
              </w:rPr>
            </w:pPr>
          </w:p>
        </w:tc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jc w:val="left"/>
              <w:rPr>
                <w:lang w:val="pt-BR"/>
              </w:rPr>
            </w:pPr>
          </w:p>
        </w:tc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jc w:val="left"/>
              <w:rPr>
                <w:lang w:val="pt-BR"/>
              </w:rPr>
            </w:pPr>
          </w:p>
        </w:tc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jc w:val="left"/>
              <w:rPr>
                <w:lang w:val="pt-BR"/>
              </w:rPr>
            </w:pPr>
          </w:p>
        </w:tc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jc w:val="left"/>
              <w:rPr>
                <w:lang w:val="pt-BR"/>
              </w:rPr>
            </w:pPr>
          </w:p>
        </w:tc>
        <w:tc>
          <w:tcPr>
            <w:tcW w:w="453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148F2" w:rsidRPr="00F94E30" w:rsidRDefault="00B148F2">
            <w:pPr>
              <w:spacing w:after="0"/>
              <w:rPr>
                <w:lang w:val="pt-BR"/>
              </w:rPr>
            </w:pPr>
          </w:p>
        </w:tc>
      </w:tr>
    </w:tbl>
    <w:p w:rsidR="00B148F2" w:rsidRPr="00F94E30" w:rsidRDefault="00F93662">
      <w:pPr>
        <w:pStyle w:val="Ttulo2"/>
        <w:rPr>
          <w:lang w:val="pt-BR"/>
        </w:rPr>
      </w:pPr>
      <w:r w:rsidRPr="00F94E30">
        <w:rPr>
          <w:rFonts w:ascii="Arial" w:hAnsi="Arial"/>
          <w:lang w:val="pt-BR"/>
        </w:rPr>
        <w:lastRenderedPageBreak/>
        <w:t>4. Registros fotográficos e/ou audiovisuais e links, quando houver:</w:t>
      </w:r>
    </w:p>
    <w:p w:rsidR="00DA6080" w:rsidRPr="00F94E30" w:rsidRDefault="00DA6080" w:rsidP="00DA6080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DA6080" w:rsidRPr="00F94E30" w:rsidRDefault="00DA6080" w:rsidP="00DA6080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DA6080" w:rsidRPr="00F94E30" w:rsidRDefault="00DA6080" w:rsidP="00DA6080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B148F2" w:rsidRPr="00F94E30" w:rsidRDefault="00F93662">
      <w:pPr>
        <w:pStyle w:val="Ttulo2"/>
        <w:rPr>
          <w:lang w:val="pt-BR"/>
        </w:rPr>
      </w:pPr>
      <w:r w:rsidRPr="00F94E30">
        <w:rPr>
          <w:rFonts w:ascii="Arial" w:hAnsi="Arial"/>
          <w:lang w:val="pt-BR"/>
        </w:rPr>
        <w:t>5. Ocorrências, reprogramações ou justificativas relevantes: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094409" w:rsidRPr="00F94E30" w:rsidRDefault="00094409">
      <w:pPr>
        <w:spacing w:after="160"/>
        <w:rPr>
          <w:lang w:val="pt-BR"/>
        </w:rPr>
      </w:pPr>
    </w:p>
    <w:p w:rsidR="00B148F2" w:rsidRPr="00F94E30" w:rsidRDefault="00F93662" w:rsidP="00094409">
      <w:pPr>
        <w:spacing w:after="160"/>
        <w:ind w:firstLine="720"/>
        <w:rPr>
          <w:lang w:val="pt-BR"/>
        </w:rPr>
      </w:pPr>
      <w:r w:rsidRPr="00F94E30">
        <w:rPr>
          <w:lang w:val="pt-BR"/>
        </w:rPr>
        <w:t>Declaro que as informações acima correspondem às atividades efetivamente realizadas no mês de referência.</w:t>
      </w:r>
    </w:p>
    <w:p w:rsidR="00094409" w:rsidRPr="00F94E30" w:rsidRDefault="00094409">
      <w:pPr>
        <w:jc w:val="left"/>
        <w:rPr>
          <w:lang w:val="pt-BR"/>
        </w:rPr>
      </w:pPr>
    </w:p>
    <w:p w:rsidR="00B148F2" w:rsidRPr="00F94E30" w:rsidRDefault="00F93662">
      <w:pPr>
        <w:jc w:val="left"/>
        <w:rPr>
          <w:lang w:val="pt-BR"/>
        </w:rPr>
      </w:pPr>
      <w:r w:rsidRPr="00F94E30">
        <w:rPr>
          <w:lang w:val="pt-BR"/>
        </w:rPr>
        <w:t>Santo Antônio de Pádua/RJ, _____/_____/</w:t>
      </w:r>
      <w:proofErr w:type="gramStart"/>
      <w:r w:rsidRPr="00F94E30">
        <w:rPr>
          <w:lang w:val="pt-BR"/>
        </w:rPr>
        <w:t>___________</w:t>
      </w:r>
      <w:proofErr w:type="gramEnd"/>
    </w:p>
    <w:p w:rsidR="00094409" w:rsidRPr="00F94E30" w:rsidRDefault="00094409">
      <w:pPr>
        <w:jc w:val="left"/>
        <w:rPr>
          <w:lang w:val="pt-BR"/>
        </w:rPr>
      </w:pPr>
    </w:p>
    <w:p w:rsidR="00B148F2" w:rsidRPr="00F94E30" w:rsidRDefault="00F93662">
      <w:pPr>
        <w:jc w:val="left"/>
        <w:rPr>
          <w:lang w:val="pt-BR"/>
        </w:rPr>
      </w:pPr>
      <w:r w:rsidRPr="00F94E30">
        <w:rPr>
          <w:lang w:val="pt-BR"/>
        </w:rPr>
        <w:t xml:space="preserve">Assinatura do </w:t>
      </w:r>
      <w:proofErr w:type="spellStart"/>
      <w:r w:rsidRPr="00F94E30">
        <w:rPr>
          <w:lang w:val="pt-BR"/>
        </w:rPr>
        <w:t>oficineiro</w:t>
      </w:r>
      <w:proofErr w:type="spellEnd"/>
      <w:r w:rsidRPr="00F94E30">
        <w:rPr>
          <w:lang w:val="pt-BR"/>
        </w:rPr>
        <w:t>: _______________________________________________________________</w:t>
      </w:r>
    </w:p>
    <w:p w:rsidR="00094409" w:rsidRPr="00F94E30" w:rsidRDefault="00094409">
      <w:pPr>
        <w:spacing w:before="160"/>
        <w:jc w:val="left"/>
        <w:rPr>
          <w:lang w:val="pt-BR"/>
        </w:rPr>
      </w:pPr>
    </w:p>
    <w:p w:rsidR="00B148F2" w:rsidRPr="00F94E30" w:rsidRDefault="00F93662">
      <w:pPr>
        <w:spacing w:before="160"/>
        <w:jc w:val="left"/>
        <w:rPr>
          <w:lang w:val="pt-BR"/>
        </w:rPr>
      </w:pPr>
      <w:r w:rsidRPr="00F94E30">
        <w:rPr>
          <w:lang w:val="pt-BR"/>
        </w:rPr>
        <w:t xml:space="preserve">ATESTO DA SEMUC: </w:t>
      </w:r>
      <w:proofErr w:type="gramStart"/>
      <w:r w:rsidRPr="00F94E30">
        <w:rPr>
          <w:lang w:val="pt-BR"/>
        </w:rPr>
        <w:t xml:space="preserve">(   </w:t>
      </w:r>
      <w:proofErr w:type="gramEnd"/>
      <w:r w:rsidRPr="00F94E30">
        <w:rPr>
          <w:lang w:val="pt-BR"/>
        </w:rPr>
        <w:t>) execução atestada   (   ) diligência necessária</w:t>
      </w:r>
    </w:p>
    <w:p w:rsidR="00094409" w:rsidRPr="00F94E30" w:rsidRDefault="00094409">
      <w:pPr>
        <w:jc w:val="left"/>
        <w:rPr>
          <w:lang w:val="pt-BR"/>
        </w:rPr>
      </w:pPr>
    </w:p>
    <w:p w:rsidR="00094409" w:rsidRPr="00F94E30" w:rsidRDefault="00094409">
      <w:pPr>
        <w:jc w:val="left"/>
        <w:rPr>
          <w:lang w:val="pt-BR"/>
        </w:rPr>
      </w:pPr>
    </w:p>
    <w:p w:rsidR="00B148F2" w:rsidRPr="00F94E30" w:rsidRDefault="00F93662">
      <w:pPr>
        <w:jc w:val="left"/>
        <w:rPr>
          <w:lang w:val="pt-BR"/>
        </w:rPr>
      </w:pPr>
      <w:r w:rsidRPr="00F94E30">
        <w:rPr>
          <w:lang w:val="pt-BR"/>
        </w:rPr>
        <w:t>Responsável pelo ateste: _______________________________________ Data: _____/_____/________</w:t>
      </w:r>
    </w:p>
    <w:p w:rsidR="00B148F2" w:rsidRPr="00F94E30" w:rsidRDefault="00F93662">
      <w:pPr>
        <w:rPr>
          <w:lang w:val="pt-BR"/>
        </w:rPr>
      </w:pPr>
      <w:r w:rsidRPr="00F94E30">
        <w:rPr>
          <w:lang w:val="pt-BR"/>
        </w:rPr>
        <w:br w:type="page"/>
      </w:r>
    </w:p>
    <w:p w:rsidR="00B148F2" w:rsidRPr="00F94E30" w:rsidRDefault="00F93662">
      <w:pPr>
        <w:jc w:val="center"/>
        <w:rPr>
          <w:lang w:val="pt-BR"/>
        </w:rPr>
      </w:pPr>
      <w:r w:rsidRPr="00F94E30">
        <w:rPr>
          <w:b/>
          <w:sz w:val="22"/>
          <w:lang w:val="pt-BR"/>
        </w:rPr>
        <w:lastRenderedPageBreak/>
        <w:t>ANEXO IX – MODELO DE RELATÓRIO FINAL DE EXECUÇÃO DO OBJETO</w:t>
      </w:r>
    </w:p>
    <w:p w:rsidR="00B148F2" w:rsidRPr="00F94E30" w:rsidRDefault="00F93662">
      <w:pPr>
        <w:spacing w:after="160"/>
        <w:jc w:val="center"/>
        <w:rPr>
          <w:lang w:val="pt-BR"/>
        </w:rPr>
      </w:pPr>
      <w:r w:rsidRPr="00F94E30">
        <w:rPr>
          <w:b/>
          <w:lang w:val="pt-BR"/>
        </w:rPr>
        <w:t>EDITAL Nº 11/2026 – FOMENTO À REALIZAÇÃO DE OFICINAS CULTURAIS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B148F2" w:rsidRPr="00F94E30">
        <w:trPr>
          <w:jc w:val="center"/>
        </w:trPr>
        <w:tc>
          <w:tcPr>
            <w:tcW w:w="5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Oficina</w:t>
            </w:r>
          </w:p>
        </w:tc>
        <w:tc>
          <w:tcPr>
            <w:tcW w:w="5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5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F93662">
            <w:pPr>
              <w:rPr>
                <w:lang w:val="pt-BR"/>
              </w:rPr>
            </w:pPr>
            <w:proofErr w:type="spellStart"/>
            <w:r w:rsidRPr="00F94E30">
              <w:rPr>
                <w:b/>
                <w:sz w:val="18"/>
                <w:lang w:val="pt-BR"/>
              </w:rPr>
              <w:t>Oficineiro</w:t>
            </w:r>
            <w:proofErr w:type="spellEnd"/>
            <w:r w:rsidRPr="00F94E30">
              <w:rPr>
                <w:b/>
                <w:sz w:val="18"/>
                <w:lang w:val="pt-BR"/>
              </w:rPr>
              <w:t xml:space="preserve"> / Proponente</w:t>
            </w:r>
          </w:p>
        </w:tc>
        <w:tc>
          <w:tcPr>
            <w:tcW w:w="5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5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CPF / CNPJ</w:t>
            </w:r>
          </w:p>
        </w:tc>
        <w:tc>
          <w:tcPr>
            <w:tcW w:w="5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  <w:tr w:rsidR="00B148F2" w:rsidRPr="00F94E30">
        <w:trPr>
          <w:jc w:val="center"/>
        </w:trPr>
        <w:tc>
          <w:tcPr>
            <w:tcW w:w="5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b/>
                <w:sz w:val="18"/>
                <w:lang w:val="pt-BR"/>
              </w:rPr>
              <w:t>Período de execução</w:t>
            </w:r>
          </w:p>
        </w:tc>
        <w:tc>
          <w:tcPr>
            <w:tcW w:w="5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F93662">
            <w:pPr>
              <w:rPr>
                <w:lang w:val="pt-BR"/>
              </w:rPr>
            </w:pPr>
            <w:r w:rsidRPr="00F94E30">
              <w:rPr>
                <w:sz w:val="18"/>
                <w:lang w:val="pt-BR"/>
              </w:rPr>
              <w:t>Janeiro a junho de 2027</w:t>
            </w:r>
          </w:p>
        </w:tc>
      </w:tr>
      <w:tr w:rsidR="00B148F2" w:rsidRPr="00F94E30">
        <w:trPr>
          <w:jc w:val="center"/>
        </w:trPr>
        <w:tc>
          <w:tcPr>
            <w:tcW w:w="5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F93662">
            <w:pPr>
              <w:rPr>
                <w:lang w:val="pt-BR"/>
              </w:rPr>
            </w:pPr>
            <w:proofErr w:type="gramStart"/>
            <w:r w:rsidRPr="00F94E30">
              <w:rPr>
                <w:b/>
                <w:sz w:val="18"/>
                <w:lang w:val="pt-BR"/>
              </w:rPr>
              <w:t>Local(</w:t>
            </w:r>
            <w:proofErr w:type="spellStart"/>
            <w:proofErr w:type="gramEnd"/>
            <w:r w:rsidRPr="00F94E30">
              <w:rPr>
                <w:b/>
                <w:sz w:val="18"/>
                <w:lang w:val="pt-BR"/>
              </w:rPr>
              <w:t>is</w:t>
            </w:r>
            <w:proofErr w:type="spellEnd"/>
            <w:r w:rsidRPr="00F94E30">
              <w:rPr>
                <w:b/>
                <w:sz w:val="18"/>
                <w:lang w:val="pt-BR"/>
              </w:rPr>
              <w:t>) utilizado(s)</w:t>
            </w:r>
          </w:p>
        </w:tc>
        <w:tc>
          <w:tcPr>
            <w:tcW w:w="51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148F2" w:rsidRPr="00F94E30" w:rsidRDefault="00B148F2">
            <w:pPr>
              <w:rPr>
                <w:lang w:val="pt-BR"/>
              </w:rPr>
            </w:pPr>
          </w:p>
        </w:tc>
      </w:tr>
    </w:tbl>
    <w:p w:rsidR="00B148F2" w:rsidRPr="00F94E30" w:rsidRDefault="00F93662">
      <w:pPr>
        <w:pStyle w:val="Ttulo2"/>
        <w:rPr>
          <w:lang w:val="pt-BR"/>
        </w:rPr>
      </w:pPr>
      <w:r w:rsidRPr="00F94E30">
        <w:rPr>
          <w:rFonts w:ascii="Arial" w:hAnsi="Arial"/>
          <w:lang w:val="pt-BR"/>
        </w:rPr>
        <w:t>1. Resumo da execução realizada: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34054" w:rsidRPr="00F94E30" w:rsidRDefault="00A34054" w:rsidP="00A34054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34054" w:rsidRPr="00F94E30" w:rsidRDefault="00A34054" w:rsidP="00A34054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B148F2" w:rsidRPr="00F94E30" w:rsidRDefault="00F93662">
      <w:pPr>
        <w:pStyle w:val="Ttulo2"/>
        <w:rPr>
          <w:lang w:val="pt-BR"/>
        </w:rPr>
      </w:pPr>
      <w:r w:rsidRPr="00F94E30">
        <w:rPr>
          <w:rFonts w:ascii="Arial" w:hAnsi="Arial"/>
          <w:lang w:val="pt-BR"/>
        </w:rPr>
        <w:t xml:space="preserve">2. Principais conteúdos, técnicas, saberes e </w:t>
      </w:r>
      <w:proofErr w:type="gramStart"/>
      <w:r w:rsidRPr="00F94E30">
        <w:rPr>
          <w:rFonts w:ascii="Arial" w:hAnsi="Arial"/>
          <w:lang w:val="pt-BR"/>
        </w:rPr>
        <w:t>atividades desenvolvidos</w:t>
      </w:r>
      <w:proofErr w:type="gramEnd"/>
      <w:r w:rsidRPr="00F94E30">
        <w:rPr>
          <w:rFonts w:ascii="Arial" w:hAnsi="Arial"/>
          <w:lang w:val="pt-BR"/>
        </w:rPr>
        <w:t>: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34054" w:rsidRPr="00F94E30" w:rsidRDefault="00A34054" w:rsidP="00A34054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34054" w:rsidRPr="00F94E30" w:rsidRDefault="00A34054" w:rsidP="00A34054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B148F2" w:rsidRPr="00F94E30" w:rsidRDefault="00F93662">
      <w:pPr>
        <w:pStyle w:val="Ttulo2"/>
        <w:rPr>
          <w:lang w:val="pt-BR"/>
        </w:rPr>
      </w:pPr>
      <w:r w:rsidRPr="00F94E30">
        <w:rPr>
          <w:rFonts w:ascii="Arial" w:hAnsi="Arial"/>
          <w:lang w:val="pt-BR"/>
        </w:rPr>
        <w:t>3. Resultados percebidos e contribuição cultural/formativa: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34054" w:rsidRPr="00F94E30" w:rsidRDefault="00A34054" w:rsidP="00A34054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34054" w:rsidRPr="00F94E30" w:rsidRDefault="00A34054" w:rsidP="00A34054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094409" w:rsidRPr="00F94E30" w:rsidRDefault="00094409" w:rsidP="00094409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14FDE" w:rsidRPr="00F94E30" w:rsidRDefault="00A14FDE" w:rsidP="00A14FDE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14FDE" w:rsidRPr="00F94E30" w:rsidRDefault="00A14FDE" w:rsidP="00A14FDE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B148F2" w:rsidRPr="00F94E30" w:rsidRDefault="00F93662">
      <w:pPr>
        <w:pStyle w:val="Ttulo2"/>
        <w:rPr>
          <w:lang w:val="pt-BR"/>
        </w:rPr>
      </w:pPr>
      <w:r w:rsidRPr="00F94E30">
        <w:rPr>
          <w:rFonts w:ascii="Arial" w:hAnsi="Arial"/>
          <w:lang w:val="pt-BR"/>
        </w:rPr>
        <w:lastRenderedPageBreak/>
        <w:t>4. Medidas de inclusão e acessibilidade executadas:</w:t>
      </w:r>
    </w:p>
    <w:p w:rsidR="00A14FDE" w:rsidRPr="00F94E30" w:rsidRDefault="00A14FDE" w:rsidP="00A14FDE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14FDE" w:rsidRPr="00F94E30" w:rsidRDefault="00A14FDE" w:rsidP="00A14FDE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14FDE" w:rsidRPr="00F94E30" w:rsidRDefault="00A14FDE" w:rsidP="00A14FDE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14FDE" w:rsidRPr="00F94E30" w:rsidRDefault="00A14FDE" w:rsidP="00A14FDE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14FDE" w:rsidRPr="00F94E30" w:rsidRDefault="00A14FDE" w:rsidP="00A14FDE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14FDE" w:rsidRPr="00F94E30" w:rsidRDefault="00A14FDE" w:rsidP="00A14FDE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14FDE" w:rsidRPr="00F94E30" w:rsidRDefault="00A14FDE" w:rsidP="00A14FDE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B148F2" w:rsidRPr="00F94E30" w:rsidRDefault="00F93662">
      <w:pPr>
        <w:pStyle w:val="Ttulo2"/>
        <w:rPr>
          <w:lang w:val="pt-BR"/>
        </w:rPr>
      </w:pPr>
      <w:r w:rsidRPr="00F94E30">
        <w:rPr>
          <w:rFonts w:ascii="Arial" w:hAnsi="Arial"/>
          <w:lang w:val="pt-BR"/>
        </w:rPr>
        <w:t>5. Reprogramações, alterações ou ocorrências relevantes e respectivas justificativas:</w:t>
      </w:r>
    </w:p>
    <w:p w:rsidR="00A14FDE" w:rsidRPr="00F94E30" w:rsidRDefault="00A14FDE" w:rsidP="00A14FDE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14FDE" w:rsidRPr="00F94E30" w:rsidRDefault="00A14FDE" w:rsidP="00A14FDE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14FDE" w:rsidRPr="00F94E30" w:rsidRDefault="00A14FDE" w:rsidP="00A14FDE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14FDE" w:rsidRPr="00F94E30" w:rsidRDefault="00A14FDE" w:rsidP="00A14FDE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14FDE" w:rsidRPr="00F94E30" w:rsidRDefault="00A14FDE" w:rsidP="00A14FDE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14FDE" w:rsidRPr="00F94E30" w:rsidRDefault="00A14FDE" w:rsidP="00A14FDE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B148F2" w:rsidRPr="00F94E30" w:rsidRDefault="00F93662">
      <w:pPr>
        <w:pStyle w:val="Ttulo2"/>
        <w:rPr>
          <w:lang w:val="pt-BR"/>
        </w:rPr>
      </w:pPr>
      <w:r w:rsidRPr="00F94E30">
        <w:rPr>
          <w:rFonts w:ascii="Arial" w:hAnsi="Arial"/>
          <w:lang w:val="pt-BR"/>
        </w:rPr>
        <w:t>6. Registros finais, fotos, vídeos, materiais de divulgação e links:</w:t>
      </w:r>
    </w:p>
    <w:p w:rsidR="00A14FDE" w:rsidRPr="00F94E30" w:rsidRDefault="00A14FDE" w:rsidP="00A14FDE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14FDE" w:rsidRPr="00F94E30" w:rsidRDefault="00A14FDE" w:rsidP="00A14FDE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14FDE" w:rsidRPr="00F94E30" w:rsidRDefault="00A14FDE" w:rsidP="00A14FDE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14FDE" w:rsidRPr="00F94E30" w:rsidRDefault="00A14FDE" w:rsidP="00A14FDE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14FDE" w:rsidRPr="00F94E30" w:rsidRDefault="00A14FDE" w:rsidP="00A14FDE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14FDE" w:rsidRPr="00F94E30" w:rsidRDefault="00A14FDE" w:rsidP="00A14FDE">
      <w:pPr>
        <w:spacing w:after="20" w:line="360" w:lineRule="auto"/>
        <w:rPr>
          <w:lang w:val="pt-BR"/>
        </w:rPr>
      </w:pPr>
      <w:r w:rsidRPr="00F94E30">
        <w:rPr>
          <w:sz w:val="18"/>
          <w:lang w:val="pt-BR"/>
        </w:rPr>
        <w:t>_____________________________________________________________________________________________________</w:t>
      </w:r>
    </w:p>
    <w:p w:rsidR="00A14FDE" w:rsidRPr="00F94E30" w:rsidRDefault="00A14FDE">
      <w:pPr>
        <w:spacing w:after="160"/>
        <w:rPr>
          <w:lang w:val="pt-BR"/>
        </w:rPr>
      </w:pPr>
    </w:p>
    <w:p w:rsidR="00B148F2" w:rsidRPr="00F94E30" w:rsidRDefault="00F93662" w:rsidP="00A14FDE">
      <w:pPr>
        <w:spacing w:after="160"/>
        <w:ind w:firstLine="720"/>
        <w:rPr>
          <w:lang w:val="pt-BR"/>
        </w:rPr>
      </w:pPr>
      <w:r w:rsidRPr="00F94E30">
        <w:rPr>
          <w:lang w:val="pt-BR"/>
        </w:rPr>
        <w:t>Declaro que as informações apresentadas neste Relatório Final correspondem à execução da oficina contemplada e aos registros mantidos durante o período.</w:t>
      </w:r>
    </w:p>
    <w:p w:rsidR="00A14FDE" w:rsidRPr="00F94E30" w:rsidRDefault="00A14FDE">
      <w:pPr>
        <w:jc w:val="left"/>
        <w:rPr>
          <w:lang w:val="pt-BR"/>
        </w:rPr>
      </w:pPr>
    </w:p>
    <w:p w:rsidR="00B148F2" w:rsidRPr="00F94E30" w:rsidRDefault="00F93662">
      <w:pPr>
        <w:jc w:val="left"/>
        <w:rPr>
          <w:lang w:val="pt-BR"/>
        </w:rPr>
      </w:pPr>
      <w:r w:rsidRPr="00F94E30">
        <w:rPr>
          <w:lang w:val="pt-BR"/>
        </w:rPr>
        <w:t>Santo Antônio de Pádua/RJ, _____/_____/</w:t>
      </w:r>
      <w:proofErr w:type="gramStart"/>
      <w:r w:rsidRPr="00F94E30">
        <w:rPr>
          <w:lang w:val="pt-BR"/>
        </w:rPr>
        <w:t>___________</w:t>
      </w:r>
      <w:proofErr w:type="gramEnd"/>
    </w:p>
    <w:p w:rsidR="00A14FDE" w:rsidRPr="00F94E30" w:rsidRDefault="00A14FDE">
      <w:pPr>
        <w:jc w:val="left"/>
        <w:rPr>
          <w:lang w:val="pt-BR"/>
        </w:rPr>
      </w:pPr>
    </w:p>
    <w:p w:rsidR="00B148F2" w:rsidRPr="00F94E30" w:rsidRDefault="00F93662">
      <w:pPr>
        <w:jc w:val="left"/>
        <w:rPr>
          <w:lang w:val="pt-BR"/>
        </w:rPr>
      </w:pPr>
      <w:r w:rsidRPr="00F94E30">
        <w:rPr>
          <w:lang w:val="pt-BR"/>
        </w:rPr>
        <w:t xml:space="preserve">Assinatura do </w:t>
      </w:r>
      <w:proofErr w:type="spellStart"/>
      <w:r w:rsidRPr="00F94E30">
        <w:rPr>
          <w:lang w:val="pt-BR"/>
        </w:rPr>
        <w:t>oficineiro</w:t>
      </w:r>
      <w:proofErr w:type="spellEnd"/>
      <w:r w:rsidRPr="00F94E30">
        <w:rPr>
          <w:lang w:val="pt-BR"/>
        </w:rPr>
        <w:t>: _______________________________________________________________</w:t>
      </w:r>
    </w:p>
    <w:sectPr w:rsidR="00B148F2" w:rsidRPr="00F94E30" w:rsidSect="00034616">
      <w:headerReference w:type="default" r:id="rId9"/>
      <w:footerReference w:type="default" r:id="rId10"/>
      <w:pgSz w:w="12240" w:h="15840"/>
      <w:pgMar w:top="822" w:right="1020" w:bottom="822" w:left="1020" w:header="283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7B5" w:rsidRDefault="00E647B5">
      <w:pPr>
        <w:spacing w:after="0" w:line="240" w:lineRule="auto"/>
      </w:pPr>
      <w:r>
        <w:separator/>
      </w:r>
    </w:p>
  </w:endnote>
  <w:endnote w:type="continuationSeparator" w:id="0">
    <w:p w:rsidR="00E647B5" w:rsidRDefault="00E64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662" w:rsidRDefault="00F93662">
    <w:pPr>
      <w:pStyle w:val="Rodap"/>
      <w:jc w:val="center"/>
    </w:pPr>
    <w:r>
      <w:rPr>
        <w:sz w:val="16"/>
      </w:rPr>
      <w:t xml:space="preserve">EDITAL Nº 11/2026 – OFICINAS CULTURAIS | </w:t>
    </w:r>
    <w:proofErr w:type="spellStart"/>
    <w:r>
      <w:rPr>
        <w:sz w:val="16"/>
      </w:rPr>
      <w:t>Página</w:t>
    </w:r>
    <w:proofErr w:type="spellEnd"/>
    <w:r>
      <w:rPr>
        <w:sz w:val="16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004E31">
      <w:rPr>
        <w:noProof/>
      </w:rPr>
      <w:t>15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7B5" w:rsidRDefault="00E647B5">
      <w:pPr>
        <w:spacing w:after="0" w:line="240" w:lineRule="auto"/>
      </w:pPr>
      <w:r>
        <w:separator/>
      </w:r>
    </w:p>
  </w:footnote>
  <w:footnote w:type="continuationSeparator" w:id="0">
    <w:p w:rsidR="00E647B5" w:rsidRDefault="00E64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662" w:rsidRDefault="00F93662" w:rsidP="00F93662">
    <w:pPr>
      <w:pStyle w:val="Cabealho"/>
      <w:rPr>
        <w:lang w:val="pt-BR"/>
      </w:rPr>
    </w:pPr>
    <w:r w:rsidRPr="0060697F">
      <w:rPr>
        <w:noProof/>
        <w:lang w:val="pt-BR" w:eastAsia="pt-BR"/>
      </w:rPr>
      <w:drawing>
        <wp:anchor distT="0" distB="0" distL="114300" distR="114300" simplePos="0" relativeHeight="251659264" behindDoc="0" locked="0" layoutInCell="1" allowOverlap="1" wp14:anchorId="7F05E5A3" wp14:editId="2047894A">
          <wp:simplePos x="0" y="0"/>
          <wp:positionH relativeFrom="column">
            <wp:posOffset>876300</wp:posOffset>
          </wp:positionH>
          <wp:positionV relativeFrom="paragraph">
            <wp:posOffset>-56515</wp:posOffset>
          </wp:positionV>
          <wp:extent cx="4629785" cy="1000125"/>
          <wp:effectExtent l="0" t="0" r="0" b="952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9785" cy="1000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93662" w:rsidRDefault="00F93662" w:rsidP="00F93662">
    <w:pPr>
      <w:pStyle w:val="Cabealho"/>
      <w:rPr>
        <w:lang w:val="pt-BR"/>
      </w:rPr>
    </w:pPr>
  </w:p>
  <w:p w:rsidR="00F93662" w:rsidRDefault="00F93662" w:rsidP="00F93662">
    <w:pPr>
      <w:pStyle w:val="Cabealho"/>
      <w:rPr>
        <w:lang w:val="pt-BR"/>
      </w:rPr>
    </w:pPr>
  </w:p>
  <w:p w:rsidR="00F93662" w:rsidRDefault="00F93662" w:rsidP="00F93662">
    <w:pPr>
      <w:pStyle w:val="Cabealho"/>
      <w:rPr>
        <w:lang w:val="pt-BR"/>
      </w:rPr>
    </w:pPr>
  </w:p>
  <w:p w:rsidR="00F93662" w:rsidRDefault="00F93662" w:rsidP="00F93662">
    <w:pPr>
      <w:pStyle w:val="Cabealho"/>
      <w:rPr>
        <w:lang w:val="pt-BR"/>
      </w:rPr>
    </w:pPr>
  </w:p>
  <w:p w:rsidR="00F93662" w:rsidRDefault="00F93662" w:rsidP="00F93662">
    <w:pPr>
      <w:pStyle w:val="Cabealho"/>
      <w:rPr>
        <w:lang w:val="pt-BR"/>
      </w:rPr>
    </w:pPr>
  </w:p>
  <w:p w:rsidR="00F93662" w:rsidRDefault="00F93662" w:rsidP="00F93662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4E31"/>
    <w:rsid w:val="00034616"/>
    <w:rsid w:val="0006063C"/>
    <w:rsid w:val="00074E6A"/>
    <w:rsid w:val="00094409"/>
    <w:rsid w:val="0015074B"/>
    <w:rsid w:val="001F4BE9"/>
    <w:rsid w:val="002528A3"/>
    <w:rsid w:val="0029639D"/>
    <w:rsid w:val="00326F90"/>
    <w:rsid w:val="00414319"/>
    <w:rsid w:val="004B57D2"/>
    <w:rsid w:val="00632B8A"/>
    <w:rsid w:val="006540CB"/>
    <w:rsid w:val="008B415C"/>
    <w:rsid w:val="00A14FDE"/>
    <w:rsid w:val="00A34054"/>
    <w:rsid w:val="00AA1D8D"/>
    <w:rsid w:val="00B148F2"/>
    <w:rsid w:val="00B47730"/>
    <w:rsid w:val="00C069C9"/>
    <w:rsid w:val="00CB0664"/>
    <w:rsid w:val="00DA6080"/>
    <w:rsid w:val="00E647B5"/>
    <w:rsid w:val="00F93662"/>
    <w:rsid w:val="00F94E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  <w:jc w:val="both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00000"/>
      <w:sz w:val="21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  <w:jc w:val="both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00000"/>
      <w:sz w:val="21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B97477-8938-47FB-BA9D-1F99B920C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3904</Words>
  <Characters>21086</Characters>
  <Application>Microsoft Office Word</Application>
  <DocSecurity>0</DocSecurity>
  <Lines>175</Lines>
  <Paragraphs>49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Edital nº 11/2026 – Fomento à Realização de Oficinas Culturais</vt:lpstr>
      <vt:lpstr/>
    </vt:vector>
  </TitlesOfParts>
  <Company/>
  <LinksUpToDate>false</LinksUpToDate>
  <CharactersWithSpaces>24941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nº 11/2026 – Fomento à Realização de Oficinas Culturais</dc:title>
  <dc:subject>Política Nacional Aldir Blanc de Fomento à Cultura – PNAB – Ciclo 2</dc:subject>
  <dc:creator>Secretaria Municipal de Cultura e Economia Criativa de Santo Antônio de Pádua/RJ</dc:creator>
  <dc:description>generated by python-docx</dc:description>
  <cp:lastModifiedBy>User</cp:lastModifiedBy>
  <cp:revision>3</cp:revision>
  <dcterms:created xsi:type="dcterms:W3CDTF">2026-09-28T16:59:00Z</dcterms:created>
  <dcterms:modified xsi:type="dcterms:W3CDTF">2026-09-28T18:09:00Z</dcterms:modified>
</cp:coreProperties>
</file>